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黑河综合遥感联合试验：临泽站加密观测区L&amp;K波段机载微波辐射计地面同步观测数据集（2008年5月25日）</w:t>
      </w:r>
    </w:p>
    <w:p>
      <w:r>
        <w:rPr>
          <w:sz w:val="22"/>
        </w:rPr>
        <w:t>英文标题：WATER: Dataset of ground truth measurement synchronizing with the airborne microwave radiometers (L&amp;K bands) mission in the Linze station foci experimental area (May 25, 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2008年5月25日在临泽站加密观测区荒漠东西样带、荒漠南北样带和五里墩农田样方开展L&amp;K波段机载微波辐射计地面同步观测，共进行了土壤水分，地表辐射温度和多角度反射率观测。</w:t>
        <w:br/>
        <w:t>1．土壤水分观测；观测目标：0-5cm表层土壤。观测仪器：环刀（体积50cm^3），ML2X土壤水分速测仪。观测样方和采样次数：荒漠东西样带（包含40个子样方，每个子样方角点环刀各1次采样）、荒漠南北样带（包含9个子样方，每个子样方内环刀3次采样），农田样方中9个小样方中点采样，中心的5号样方加密，4个角点也测量（每个测点环刀1次采样，ML2X土壤水分速测仪1次观测）。预处理数据为土壤体积含水量。数据存储：Excel。</w:t>
        <w:br/>
        <w:t>2．地表辐射温度观测；观测仪器：手持式红外温度计（寒旱所5#，寒旱所6#，地理所）；仪器均经过定标（请参考手持红外温度计定标数据.xls）。观测样方和观测次数：荒漠东西和南北样带内，在飞机过境时刻每个小样方采样数次； 五里墩农田样方在飞机过境时刻自东向西每间隔15米采样2次。预处理数据根据热红外定标数据（标准源为黑体），将各仪器的实测温度与相应黑体温度进行直线拟合，求得拟合方程，再利用上述拟合的方程，对观测的原始观测数据进行定标处理。数据存储：Excel。</w:t>
        <w:br/>
        <w:t>3．BRDF观测；观测仪器：北师大ASD光谱仪，350～2 500 nm；参考板信息6月15日前使用40%参考板，之后改换成20%参考板；多角度观测架包括北京师范大学旧多角度观测架一台、北师大2008年新制多角度观测架一台、遥感所新制多角度观测架一台。观测样方：五里墩农田样方。样本类型：玉米。存储方式： 本数据集包括原始数据和处理后数据，原始数据由二进制文件和记录表构成，二进制文件可由ViewSpecPro软件读取；处理后的反射率和透射率是文本格式。</w:t>
        <w:br/>
        <w:t>样方样带的分布和编号信息请参见元数据“黑河综合遥感联合试验：临泽站加密观测区样方样带布置”，样方位置见临泽站加密观测站样方样带坐标.xls。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地表辐射温度</w:t>
      </w:r>
      <w:r>
        <w:t>,</w:t>
      </w:r>
      <w:r>
        <w:rPr>
          <w:sz w:val="22"/>
        </w:rPr>
        <w:t>反射率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地表过程</w:t>
      </w:r>
      <w:r>
        <w:t>,</w:t>
      </w:r>
      <w:r>
        <w:rPr>
          <w:sz w:val="22"/>
        </w:rPr>
        <w:t>土壤湿度/水分含量</w:t>
      </w:r>
      <w:r>
        <w:t>,</w:t>
      </w:r>
      <w:r>
        <w:rPr>
          <w:sz w:val="22"/>
        </w:rPr>
        <w:t>陆地表层遥感</w:t>
      </w:r>
      <w:r>
        <w:t>,</w:t>
      </w:r>
      <w:r>
        <w:rPr>
          <w:sz w:val="22"/>
        </w:rPr>
        <w:t>地面验证信息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临泽站加密观测区</w:t>
        <w:br/>
      </w:r>
      <w:r>
        <w:rPr>
          <w:sz w:val="22"/>
        </w:rPr>
        <w:t>时间关键词：</w:t>
      </w:r>
      <w:r>
        <w:rPr>
          <w:sz w:val="22"/>
        </w:rPr>
        <w:t>2008-05-25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3.文件大小：20.9MB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北：39.379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东：100.201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南：39.311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2008-06-06 16:00:00+00:00</w:t>
      </w:r>
      <w:r>
        <w:rPr>
          <w:sz w:val="22"/>
        </w:rPr>
        <w:t>--</w:t>
      </w:r>
      <w:r>
        <w:rPr>
          <w:sz w:val="22"/>
        </w:rPr>
        <w:t>2008-06-06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汪洋, 朱仕杰,  肖志强. 黑河综合遥感联合试验：临泽站加密观测区L&amp;K波段机载微波辐射计地面同步观测数据集（2008年5月25日）. 国家青藏高原科学数据中心, DOI:10.3972/water973.0098.db, CSTR:18406.11.water973.0098.db, </w:t>
      </w:r>
      <w:r>
        <w:t>2013</w:t>
      </w:r>
      <w:r>
        <w:t>.[</w:t>
      </w:r>
      <w:r>
        <w:t xml:space="preserve">ZHU   Shijie, XIAO   Zhiqiang, WANG   Yang. WATER: Dataset of ground truth measurement synchronizing with the airborne microwave radiometers (L&amp;K bands) mission in the Linze station foci experimental area (May 25, 2008). National Tibetan Plateau Data Center, DOI:10.3972/water973.0098.db, CSTR:18406.11.water973.0098.db,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汪洋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朱仕杰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肖志强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