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西藏湖泊鱼类采集数据（2018）</w:t>
      </w:r>
    </w:p>
    <w:p>
      <w:r>
        <w:rPr>
          <w:sz w:val="22"/>
        </w:rPr>
        <w:t>英文标题：Fish collection dataset of the Tibetan Lakes in 2018</w:t>
      </w:r>
    </w:p>
    <w:p>
      <w:r>
        <w:rPr>
          <w:sz w:val="32"/>
        </w:rPr>
        <w:t>1、摘要</w:t>
      </w:r>
    </w:p>
    <w:p>
      <w:pPr>
        <w:ind w:firstLine="432"/>
      </w:pPr>
      <w:r>
        <w:rPr>
          <w:sz w:val="22"/>
        </w:rPr>
        <w:t>2018年5月和2018年9月利用网捕法和电捕法采集了西藏湖泊内分布的鱼类，采样范围由东向西大致可概括为藏北羌塘高原、藏南和昆仑山-喀喇昆仑夹角等3个区域。共有27个湖泊捕捉到了鱼类，标本中包括高原鳅属2000余尾、裂腹鱼亚科鱼类600余尾。本项工作是“建立青藏高原湖泊系统水生生物检测方法”计划中的一个环节，即采用传统的鱼类调查数据以生成湖泊系统的物种列表，后将以此结合墨脱和高原台面多个湖泊系统的环境水样所获取的高通量分子数据，并测试可视参数（湖泊大小、隔离、地理位置和光谱特性）是否能用于预测水生生物多样性。</w:t>
      </w:r>
    </w:p>
    <w:p>
      <w:r>
        <w:rPr>
          <w:sz w:val="32"/>
        </w:rPr>
        <w:t>2、关键词</w:t>
      </w:r>
    </w:p>
    <w:p>
      <w:pPr>
        <w:ind w:left="432"/>
      </w:pPr>
      <w:r>
        <w:rPr>
          <w:sz w:val="22"/>
        </w:rPr>
        <w:t>主题关键词：</w:t>
      </w:r>
      <w:r>
        <w:rPr>
          <w:sz w:val="22"/>
        </w:rPr>
        <w:t>生物资源</w:t>
      </w:r>
      <w:r>
        <w:t>,</w:t>
      </w:r>
      <w:r>
        <w:rPr>
          <w:sz w:val="22"/>
        </w:rPr>
        <w:t>鱼</w:t>
        <w:br/>
      </w:r>
      <w:r>
        <w:rPr>
          <w:sz w:val="22"/>
        </w:rPr>
        <w:t>学科关键词：</w:t>
      </w:r>
      <w:r>
        <w:rPr>
          <w:sz w:val="22"/>
        </w:rPr>
        <w:t>人地关系</w:t>
        <w:br/>
      </w:r>
      <w:r>
        <w:rPr>
          <w:sz w:val="22"/>
        </w:rPr>
        <w:t>地点关键词：</w:t>
      </w:r>
      <w:r>
        <w:rPr>
          <w:sz w:val="22"/>
        </w:rPr>
        <w:t>西藏</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西：79.0</w:t>
            </w:r>
          </w:p>
        </w:tc>
        <w:tc>
          <w:tcPr>
            <w:tcW w:type="dxa" w:w="2880"/>
          </w:tcPr>
          <w:p>
            <w:r>
              <w:t>-</w:t>
            </w:r>
          </w:p>
        </w:tc>
        <w:tc>
          <w:tcPr>
            <w:tcW w:type="dxa" w:w="2880"/>
          </w:tcPr>
          <w:p>
            <w:r>
              <w:t>东：91.0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2018-05-10 08:00:00+00:00</w:t>
      </w:r>
      <w:r>
        <w:rPr>
          <w:sz w:val="22"/>
        </w:rPr>
        <w:t>--</w:t>
      </w:r>
      <w:r>
        <w:rPr>
          <w:sz w:val="22"/>
        </w:rPr>
        <w:t>2018-10-13 19:59:59+00:00</w:t>
      </w:r>
    </w:p>
    <w:p>
      <w:r>
        <w:rPr>
          <w:sz w:val="32"/>
        </w:rPr>
        <w:t>6、引用方式</w:t>
      </w:r>
    </w:p>
    <w:p>
      <w:pPr>
        <w:ind w:left="432"/>
      </w:pPr>
      <w:r>
        <w:rPr>
          <w:sz w:val="22"/>
        </w:rPr>
        <w:t xml:space="preserve">数据的引用: </w:t>
      </w:r>
    </w:p>
    <w:p>
      <w:pPr>
        <w:ind w:left="432" w:firstLine="432"/>
      </w:pPr>
      <w:r>
        <w:t xml:space="preserve">刘淑伟. 西藏湖泊鱼类采集数据（2018）. 国家青藏高原科学数据中心, DOI:10.11888/Ecolo.tpdc.270501, CSTR:18406.11.Ecolo.tpdc.270501, </w:t>
      </w:r>
      <w:r>
        <w:t>2019</w:t>
      </w:r>
      <w:r>
        <w:t>.[</w:t>
      </w:r>
      <w:r>
        <w:t xml:space="preserve">LIU Shuwei. Fish collection dataset of the Tibetan Lakes in 2018. National Tibetan Plateau Data Center, DOI:10.11888/Ecolo.tpdc.270501, CSTR:18406.11.Ecolo.tpdc.270501,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刘淑伟</w:t>
        <w:br/>
      </w:r>
      <w:r>
        <w:rPr>
          <w:sz w:val="22"/>
        </w:rPr>
        <w:t xml:space="preserve">单位: </w:t>
      </w:r>
      <w:r>
        <w:rPr>
          <w:sz w:val="22"/>
        </w:rPr>
        <w:t>中国科学院昆明动物研究所</w:t>
        <w:br/>
      </w:r>
      <w:r>
        <w:rPr>
          <w:sz w:val="22"/>
        </w:rPr>
        <w:t xml:space="preserve">电子邮件: </w:t>
      </w:r>
      <w:r>
        <w:rPr>
          <w:sz w:val="22"/>
        </w:rPr>
        <w:t>liushuwei@mail.kiz.ac.cn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