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吉林省1:100万湿地数据（2000）</w:t>
      </w:r>
    </w:p>
    <w:p>
      <w:r>
        <w:rPr>
          <w:sz w:val="22"/>
        </w:rPr>
        <w:t>英文标题：1: 1 million wetland data of Jilin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，采用十进制度为单位的地理坐标表示，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吉林省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东：131.7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吉林省1:100万湿地数据（2000）. 国家青藏高原科学数据中心, </w:t>
      </w:r>
      <w:r>
        <w:t>2016</w:t>
      </w:r>
      <w:r>
        <w:t>.[</w:t>
      </w:r>
      <w:r>
        <w:t xml:space="preserve">ZHANG  Shuqing. 1: 1 million wetland data of Jilin Province (2000).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