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黑河生态水文遥感试验：水文气象观测网数据集（大满超级站气象要素梯度观测系统-2015）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气压计安装在2m处；翻斗式雨量计安装在塔西侧约8m处，架高2.5m；四分量辐射仪安装在12m处，朝向正南；两个红外温度计安装在12m处，朝向正南，探头朝向是垂直向下；土壤热流板（自校正式）（3块）依次埋设在地下6cm处，朝向正南距离塔体2m处，其中两块（Gs_2、Gs_3）埋设在棵间，一块（Gs_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光合有效辐射仪安装在12m处，探头朝向是垂直向上；另有四个光合有效辐射仪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四分量辐射（DR、UR、DLR_Cor、ULR_Cor、Rn）(单位：瓦/平方米)、地表辐射温度（IRT_1、IRT_2）(单位：摄氏度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 、光合有效辐射（PAR）(单位：微摩尔/平方米秒)、冠层上向上与向下光合有效辐射（PAR_U_up、PAR_U_down）(单位：微摩尔/平方米秒)和冠层下向上与向下光合有效辐射（PAR_D_up、PAR_D_down）(单位：微摩尔/平方米秒)。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3m和5m风速和风向在2015.11.16-11.25间由于传感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00:00:00+00:00</w:t>
      </w:r>
      <w:r>
        <w:rPr>
          <w:sz w:val="22"/>
        </w:rPr>
        <w:t>--</w:t>
      </w:r>
      <w:r>
        <w:rPr>
          <w:sz w:val="22"/>
        </w:rPr>
        <w:t>2016-01-13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黑河生态水文遥感试验：水文气象观测网数据集（大满超级站气象要素梯度观测系统-2015）. 国家青藏高原科学数据中心, DOI:10.3972/hiwater.323.2016.db, CSTR:18406.11.hiwater.323.2016.db,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2015). National Tibetan Plateau Data Center, DOI:10.3972/hiwater.323.2016.db, CSTR:18406.11.hiwater.323.2016.db,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