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祁连山综合观测网：青海湖流域地表过程综合观测网（亚高山灌丛涡动相关仪-2019）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Subalpine shrub,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4月28日至2019年12月31日的青海湖流域水文气象观测网亚高山灌丛涡动相关仪观测数据。站点位于青海省刚察县沙柳河镇大寺附近，下垫面是亚高山灌丛。观测点经纬度为：东经100°6'3.62"E，北纬37°31'15.67"N，海拔3495m。涡动相关仪的架高2.5m，采样频率是10Hz，超声朝北，超声风速温度仪（Gill-windmaster pro）与CO2/H2O分析仪（Li7500A）之间的距离约是17cm。</w:t>
        <w:br/>
        <w:t>涡动相关仪的原始观测数据采样频率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能量平衡闭合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2019-05-14 00:00:00+00:00</w:t>
      </w:r>
      <w:r>
        <w:rPr>
          <w:sz w:val="22"/>
        </w:rPr>
        <w:t>--</w:t>
      </w:r>
      <w:r>
        <w:rPr>
          <w:sz w:val="22"/>
        </w:rPr>
        <w:t>2020-01-16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祁连山综合观测网：青海湖流域地表过程综合观测网（亚高山灌丛涡动相关仪-2019）. 国家青藏高原科学数据中心, DOI:10.11888/Meteoro.tpdc.270728, CSTR:18406.11.Meteoro.tpdc.270728, </w:t>
      </w:r>
      <w:r>
        <w:t>2020</w:t>
      </w:r>
      <w:r>
        <w:t>.[</w:t>
      </w:r>
      <w:r>
        <w:t xml:space="preserve">LI Xiaoyan. Qilian Mountains integrated observatory network: Dataset of Qinghai Lake integrated observatory network (eddy covariance system of the Subalpine shrub, 2019). National Tibetan Plateau Data Center, DOI:10.11888/Meteoro.tpdc.270728, CSTR:18406.11.Meteoro.tpdc.270728,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