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青海省居民消费价格分类指数（1994-2020）</w:t>
      </w:r>
    </w:p>
    <w:p>
      <w:r>
        <w:rPr>
          <w:sz w:val="22"/>
        </w:rPr>
        <w:t>英文标题：Consumer price index of Qinghai Province (1994-2020)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1994-2020年青海省居民消费价格分类指数1994-2020年的统计数据，数据按居民消费价格总指数、非食品价格指数、服务项目价格指数、扣除鲜菜鲜果总指数、消费品价格指数划分的。数据整理自青海省统计局发布的青海省统计年鉴。数据集包含36个数据表，分别为：</w:t>
        <w:br/>
        <w:t>居民消费价格分类指数2004年.xls</w:t>
        <w:br/>
        <w:t>居民消费价格分类指数2001年.xls</w:t>
        <w:br/>
        <w:t>居民消费价格分类指数2006年.xls</w:t>
        <w:br/>
        <w:t>居民消费价格分类指数2007年.xls</w:t>
        <w:br/>
        <w:t>居民消费价格分类指数2008年.xls</w:t>
        <w:br/>
        <w:t>居民消费价格分类指数2009年.xls</w:t>
        <w:br/>
        <w:t>居民消费价格分类指数2010年.xls</w:t>
        <w:br/>
        <w:t>居民消费价格分类指数2011年.xls</w:t>
        <w:br/>
        <w:t>居民消费价格分类指数2012年.xls</w:t>
        <w:br/>
        <w:t>居民消费价格分类指数2013年.xls</w:t>
        <w:br/>
        <w:t>居民消费价格分类指数2014年.xls</w:t>
        <w:br/>
        <w:t>居民消费价格分类指数2015年.xls</w:t>
        <w:br/>
        <w:t>居民消费价格分类指数2016年.xls</w:t>
        <w:br/>
        <w:t>居民消费价格分类指数2017年.xls</w:t>
        <w:br/>
        <w:t>居民消费价格分类指数2018年.xls</w:t>
        <w:br/>
        <w:t>居民消费价格分类指数2019年.xls</w:t>
        <w:br/>
        <w:t>居民消费价格分类指数2020年.xls</w:t>
        <w:br/>
        <w:t>居民消费价格分类指数1994-2009年.xls</w:t>
        <w:br/>
        <w:t>居民消费价格分类指数1994-2010年.xls</w:t>
        <w:br/>
        <w:t>居民消费价格分类指数1994-2011年.xls</w:t>
        <w:br/>
        <w:t>居民消费价格分类指数1994-2012年.xls</w:t>
        <w:br/>
        <w:t>居民消费价格分类指数1994-2013年.xls</w:t>
        <w:br/>
        <w:t>居民消费价格分类指数1994-2014年.xls</w:t>
        <w:br/>
        <w:t>居民消费价格分类指数1994-2015年.xls</w:t>
        <w:br/>
        <w:t>居民消费价格分类指数2001-2005年.xls</w:t>
        <w:br/>
        <w:t>居民消费价格分类指数2001-2009年.xls</w:t>
        <w:br/>
        <w:t>居民消费价格分类指数2001-2010年.xls</w:t>
        <w:br/>
        <w:t>居民消费价格分类指数2001-2006年.xls</w:t>
        <w:br/>
        <w:t>居民消费价格分类指数2001-2007年.xls</w:t>
        <w:br/>
        <w:t>居民消费价格分类指数2001-2008年.xls</w:t>
        <w:br/>
        <w:t>居民消费价格分类指数2001-2011年.xls</w:t>
        <w:br/>
        <w:t>居民消费价格分类指数2002-2003.xls</w:t>
        <w:br/>
        <w:t>居民消费价格分类指数2002年.xls</w:t>
        <w:br/>
        <w:t>居民消费价格分类指数2004年.xls</w:t>
        <w:br/>
        <w:t>居民消费价格分类指数2006年.xls</w:t>
        <w:br/>
        <w:t xml:space="preserve">居民消费价格分类指数2003年.xls  </w:t>
        <w:br/>
        <w:t>数据表结构相同。例如居民消费价格分类指数2020年数据表共有4个字段：</w:t>
        <w:br/>
        <w:t>字段1：项目</w:t>
        <w:br/>
        <w:t>字段2：城市</w:t>
        <w:br/>
        <w:t>字段3：农村</w:t>
        <w:br/>
        <w:t>字段4：全省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消费价格分类指数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青海省居民消费价格分类指数（1994-2020）. 国家青藏高原科学数据中心, </w:t>
      </w:r>
      <w:r>
        <w:t>2021</w:t>
      </w:r>
      <w:r>
        <w:t>.[</w:t>
      </w:r>
      <w:r>
        <w:t xml:space="preserve">Qinghai Provincial Bureau of Statistics. Consumer price index of Qinghai Province (1994-2020).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