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青海省西宁市区房地产价格指数（1997-2020）</w:t>
      </w:r>
    </w:p>
    <w:p>
      <w:r>
        <w:rPr>
          <w:sz w:val="22"/>
        </w:rPr>
        <w:t>英文标题：Real estate price index of Xining City in Qinghai Province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年-2020年青海省西宁市区房地产价格指数，数据是按年份进行划分的。数据整理自青海省统计局发布的青海省统计年鉴。数据集包含14个数据表，分别为：西宁市区房地产价格指数1997-2011年.xls，西宁市区房地产价格指数1997-2012年.xls，西宁市区房地产价格指数1997-2013年.xls，西宁市区房地产价格指数1997-2014年.xls，西宁市区房地产价格指数1997-2015年.xls，西宁市区房地产价格指数1997-2016年.xls，西宁市区房地产价格指数1997-2017年.xls，西宁市区房地产价格指数1997-2018年.xls，西宁市区房地产价格总指数1997-2005年.xls，西宁市区房地产价格总指数1997-2006年.xls，西宁市区房地产价格总指数1997-2007年.xls，西宁市区房地产价格总指数1997-2008年.xls，西宁市区房地产价格总指数1997-2009年.xls，西宁市区房地产价格总指数1997-2010年.xls，西宁市区房地产价格总指数1997-2020年.xls。数据表结构相同。例如1997-2011年的数据表共有6个字段：</w:t>
        <w:br/>
        <w:t>字段1：年份</w:t>
        <w:br/>
        <w:t>字段2：新建商品住宅价格指数</w:t>
        <w:br/>
        <w:t>字段3：二手住宅价格指数</w:t>
        <w:br/>
        <w:t>字段4：住宅租赁价格指数</w:t>
        <w:br/>
        <w:t>字段5：物业服务价格指数</w:t>
        <w:br/>
        <w:t>字段6：土地交易价格指数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房地产价格指数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西宁市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青海省西宁市区房地产价格指数（1997-2020）. 国家青藏高原科学数据中心, </w:t>
      </w:r>
      <w:r>
        <w:t>2021</w:t>
      </w:r>
      <w:r>
        <w:t>.[</w:t>
      </w:r>
      <w:r>
        <w:t xml:space="preserve">Qinghai Provincial Bureau of Statistics. Real estate price index of Xining City in Qinghai Province (1997-2020).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