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祁连山综合观测网：兰州大学寒旱区科学观测网络CARN（连城站涡动相关仪-2019）</w:t>
      </w:r>
    </w:p>
    <w:p>
      <w:r>
        <w:rPr>
          <w:sz w:val="22"/>
        </w:rPr>
        <w:t>英文标题：Cold and Arid Research Network of Lanzhou university (eddy covariance system of Liancheng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8月17日至2019年11月1日兰州大学寒旱区科学观测网络连城站涡动相关仪观测数据。站点位于甘肃永登连城吐鲁沟国家森林公园吐鲁坪，下垫面是森林。观测点的经纬度是102.737E，36.692N，海拔2903m。涡动相关仪的架高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大通河流域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西：102.737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2019-08-20 08:00:00+00:00</w:t>
      </w:r>
      <w:r>
        <w:rPr>
          <w:sz w:val="22"/>
        </w:rPr>
        <w:t>--</w:t>
      </w:r>
      <w:r>
        <w:rPr>
          <w:sz w:val="22"/>
        </w:rPr>
        <w:t>2019-11-04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祁连山综合观测网：兰州大学寒旱区科学观测网络CARN（连城站涡动相关仪-2019）. 国家青藏高原科学数据中心, DOI:10.11888/Meteoro.tpdc.270790, CSTR:18406.11.Meteoro.tpdc.270790, </w:t>
      </w:r>
      <w:r>
        <w:t>2020</w:t>
      </w:r>
      <w:r>
        <w:t>.[</w:t>
      </w:r>
      <w:r>
        <w:t xml:space="preserve">ZHANG Renyi, ZHAO Changming. Cold and Arid Research Network of Lanzhou university (eddy covariance system of Liancheng station, 2019). National Tibetan Plateau Data Center, DOI:10.11888/Meteoro.tpdc.270790, CSTR:18406.11.Meteoro.tpdc.270790,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