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青海省农作物播种面积及种植结构（1952-2020）</w:t>
      </w:r>
    </w:p>
    <w:p>
      <w:r>
        <w:rPr>
          <w:sz w:val="22"/>
        </w:rPr>
        <w:t>英文标题：Planting area and planting structure of crops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农作物播种面积及种植结构，数据按主要年份和西宁市、海东市、海北州、黄南州、海南州、果洛州、玉树州、海西州等地域划分的。数据整理自青海省统计局发布的青海省统计年鉴。数据集包含39个数据表，分别为:</w:t>
        <w:br/>
        <w:t>主要农作物播种面积及种植结构2000-2003.xls</w:t>
        <w:br/>
        <w:t>主要农作物种植结构2000-2001.xls</w:t>
        <w:br/>
        <w:t>主要农作物种植结构2001-2002.xls</w:t>
        <w:br/>
        <w:t>主要年份农作物总播种面积1978-2004.xls</w:t>
        <w:br/>
        <w:t>主要年份农作物总播种面积1978-2008.xls</w:t>
        <w:br/>
        <w:t>主要年份农作物总播种面积1978-2009.xls</w:t>
        <w:br/>
        <w:t>主要年份农作物总播种面积1978-2010.xls</w:t>
        <w:br/>
        <w:t>主要年份农作物总播种面积1978-2011.xls</w:t>
        <w:br/>
        <w:t>主要年份农作物总播种面积1978-2013.xls</w:t>
        <w:br/>
        <w:t>主要年份农作物总播种面积1978-2014.xls</w:t>
        <w:br/>
        <w:t>主要年份农作物总播种面积1978-2015.xls</w:t>
        <w:br/>
        <w:t>主要年份农作物总播种面积1978-2016.xls</w:t>
        <w:br/>
        <w:t>主要年份农作物总播种面积1978-2017.xls</w:t>
        <w:br/>
        <w:t>主要年份农作物总播种面积1978-2006.xls</w:t>
        <w:br/>
        <w:t>主要年份农作物总播种面积1978-2007.xls</w:t>
        <w:br/>
        <w:t>主要年份农作物总播种面积1995-2005.xls</w:t>
        <w:br/>
        <w:t>主要年份农作物总播种面积1978-2012.xls</w:t>
        <w:br/>
        <w:t>主要年份农作物总播种面积1978-2020.xls</w:t>
        <w:br/>
        <w:t>主要年份农作物播种面积1978-2018.xls</w:t>
        <w:br/>
        <w:t>主要年份农作物播种面积及复种指数1952-1998.xls</w:t>
        <w:br/>
        <w:t>主要年份农作物播种面积及复种指数1952-1999.xls</w:t>
        <w:br/>
        <w:t>主要年份农作物播种面积及复种指数1952-2000.xls</w:t>
        <w:br/>
        <w:t>农作物播种面积及种植结构   2000-2007.xls</w:t>
        <w:br/>
        <w:t>农作物播种面积及种植结构2000-2005.xls</w:t>
        <w:br/>
        <w:t>农作物播种面积及种植结构2000-2006.xls</w:t>
        <w:br/>
        <w:t>农作物播种面积及种植结构2004.xls</w:t>
        <w:br/>
        <w:t>农作物播种面积及种植结构2005-2009.xls</w:t>
        <w:br/>
        <w:t>农作物播种面积及种植结构2006-2010.xls</w:t>
        <w:br/>
        <w:t>农作物播种面积及种植结构2007-2011.xls</w:t>
        <w:br/>
        <w:t>农作物播种面积及种植结构2008.xls</w:t>
        <w:br/>
        <w:t>农作物播种面积及种植结构2009-2012.xls</w:t>
        <w:br/>
        <w:t>农作物播种面积及种植结构2009-2013.xls</w:t>
        <w:br/>
        <w:t>农作物播种面积及种植结构2010-2014.xls</w:t>
        <w:br/>
        <w:t>农作物播种面积及种植结构2011-2015.xls</w:t>
        <w:br/>
        <w:t>农作物播种面积及种植结构2012-2016.xls</w:t>
        <w:br/>
        <w:t>农作物播种面积及种植结构2013-2017.xls</w:t>
        <w:br/>
        <w:t>农作物播种面积及种植结构2013-2018.xls</w:t>
        <w:br/>
        <w:t>农作物播种面积及种植结构2015-2020.xls</w:t>
        <w:br/>
        <w:t>数据表结构相似。例如农作物播种面积及种植结构2000-2007年数据表共有6个字段：</w:t>
        <w:br/>
        <w:t>字段1：农作物总播种面积</w:t>
        <w:br/>
        <w:t>字段2：粮食作物</w:t>
        <w:br/>
        <w:t>字段3：经济作物</w:t>
        <w:br/>
        <w:t>字段4：蔬菜</w:t>
        <w:br/>
        <w:t>字段5：瓜果</w:t>
        <w:br/>
        <w:t>字段6：其他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农作物播种面积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青海省农作物播种面积及种植结构（1952-2020）. 国家青藏高原科学数据中心, </w:t>
      </w:r>
      <w:r>
        <w:t>2021</w:t>
      </w:r>
      <w:r>
        <w:t>.[</w:t>
      </w:r>
      <w:r>
        <w:t xml:space="preserve">Qinghai Provincial Bureau of Statistics. Planting area and planting structure of crops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