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极端降水灾害风险评估数据集（2019）</w:t>
      </w:r>
    </w:p>
    <w:p>
      <w:r>
        <w:rPr>
          <w:sz w:val="22"/>
        </w:rPr>
        <w:t>英文标题：Extreme precipitation disaster risk assessment data set (2019)</w:t>
      </w:r>
    </w:p>
    <w:p>
      <w:r>
        <w:rPr>
          <w:sz w:val="32"/>
        </w:rPr>
        <w:t>1、摘要</w:t>
      </w:r>
    </w:p>
    <w:p>
      <w:pPr>
        <w:ind w:firstLine="432"/>
      </w:pPr>
      <w:r>
        <w:rPr>
          <w:sz w:val="22"/>
        </w:rPr>
        <w:t>此数据集以百米级危险性评估数据集和百米级脆弱性评估数据集为基础，分别赋予危险性和脆弱性不同的权重（其中危险性权重为0.8，脆弱性权重为0.2），相加计算获得了34个关键节点百米级的风险评估数据集。该数据集评估了“一带一路”重点区域在极端降水事件下的洪涝灾害风险，为当地政府部门决策提供依据，同时以便在洪涝灾害发生前进行预警，从而可以争取到宝贵的时间采取防灾减灾措施，降低洪涝灾害所带来的人民群众生命财产损失。</w:t>
      </w:r>
    </w:p>
    <w:p>
      <w:r>
        <w:rPr>
          <w:sz w:val="32"/>
        </w:rPr>
        <w:t>2、关键词</w:t>
      </w:r>
    </w:p>
    <w:p>
      <w:pPr>
        <w:ind w:left="432"/>
      </w:pPr>
      <w:r>
        <w:rPr>
          <w:sz w:val="22"/>
        </w:rPr>
        <w:t>主题关键词：</w:t>
      </w:r>
      <w:r>
        <w:rPr>
          <w:sz w:val="22"/>
        </w:rPr>
        <w:t>大气遥感产品</w:t>
      </w:r>
      <w:r>
        <w:t>,</w:t>
      </w:r>
      <w:r>
        <w:rPr>
          <w:sz w:val="22"/>
        </w:rPr>
        <w:t>降水</w:t>
      </w:r>
      <w:r>
        <w:t>,</w:t>
      </w:r>
      <w:r>
        <w:rPr>
          <w:sz w:val="22"/>
        </w:rPr>
        <w:t>降水量</w:t>
      </w:r>
      <w:r>
        <w:t>,</w:t>
      </w:r>
      <w:r>
        <w:rPr>
          <w:sz w:val="22"/>
        </w:rPr>
        <w:t>大气遥感</w:t>
        <w:br/>
      </w:r>
      <w:r>
        <w:rPr>
          <w:sz w:val="22"/>
        </w:rPr>
        <w:t>学科关键词：</w:t>
      </w:r>
      <w:r>
        <w:rPr>
          <w:sz w:val="22"/>
        </w:rPr>
        <w:t>大气</w:t>
        <w:br/>
      </w:r>
      <w:r>
        <w:rPr>
          <w:sz w:val="22"/>
        </w:rPr>
        <w:t>地点关键词：</w:t>
      </w:r>
      <w:r>
        <w:rPr>
          <w:sz w:val="22"/>
        </w:rPr>
        <w:t>泛第三极</w:t>
        <w:br/>
      </w:r>
      <w:r>
        <w:rPr>
          <w:sz w:val="22"/>
        </w:rPr>
        <w:t>时间关键词：</w:t>
      </w:r>
      <w:r>
        <w:rPr>
          <w:sz w:val="22"/>
        </w:rPr>
        <w:t>2019</w:t>
      </w:r>
    </w:p>
    <w:p>
      <w:r>
        <w:rPr>
          <w:sz w:val="32"/>
        </w:rPr>
        <w:t>3、数据细节</w:t>
      </w:r>
    </w:p>
    <w:p>
      <w:pPr>
        <w:ind w:left="432"/>
      </w:pPr>
      <w:r>
        <w:rPr>
          <w:sz w:val="22"/>
        </w:rPr>
        <w:t>1.比例尺：None</w:t>
      </w:r>
    </w:p>
    <w:p>
      <w:pPr>
        <w:ind w:left="432"/>
      </w:pPr>
      <w:r>
        <w:rPr>
          <w:sz w:val="22"/>
        </w:rPr>
        <w:t>2.投影：None</w:t>
      </w:r>
    </w:p>
    <w:p>
      <w:pPr>
        <w:ind w:left="432"/>
      </w:pPr>
      <w:r>
        <w:rPr>
          <w:sz w:val="22"/>
        </w:rPr>
        <w:t>3.文件大小：2050.0MB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北：50.0</w:t>
            </w:r>
          </w:p>
        </w:tc>
        <w:tc>
          <w:tcPr>
            <w:tcW w:type="dxa" w:w="2880"/>
          </w:tcPr>
          <w:p>
            <w:r>
              <w:t>-</w:t>
            </w:r>
          </w:p>
        </w:tc>
      </w:tr>
      <w:tr>
        <w:tc>
          <w:tcPr>
            <w:tcW w:type="dxa" w:w="2880"/>
          </w:tcPr>
          <w:p>
            <w:r>
              <w:t>西：-180.0</w:t>
            </w:r>
          </w:p>
        </w:tc>
        <w:tc>
          <w:tcPr>
            <w:tcW w:type="dxa" w:w="2880"/>
          </w:tcPr>
          <w:p>
            <w:r>
              <w:t>-</w:t>
            </w:r>
          </w:p>
        </w:tc>
        <w:tc>
          <w:tcPr>
            <w:tcW w:type="dxa" w:w="2880"/>
          </w:tcPr>
          <w:p>
            <w:r>
              <w:t>东：180.0</w:t>
            </w:r>
          </w:p>
        </w:tc>
      </w:tr>
      <w:tr>
        <w:tc>
          <w:tcPr>
            <w:tcW w:type="dxa" w:w="2880"/>
          </w:tcPr>
          <w:p>
            <w:r>
              <w:t>-</w:t>
            </w:r>
          </w:p>
        </w:tc>
        <w:tc>
          <w:tcPr>
            <w:tcW w:type="dxa" w:w="2880"/>
          </w:tcPr>
          <w:p>
            <w:r>
              <w:t>南：-50.0</w:t>
            </w:r>
          </w:p>
        </w:tc>
        <w:tc>
          <w:tcPr>
            <w:tcW w:type="dxa" w:w="2880"/>
          </w:tcPr>
          <w:p>
            <w:r>
              <w:t>-</w:t>
            </w:r>
          </w:p>
        </w:tc>
      </w:tr>
    </w:tbl>
    <w:p>
      <w:r>
        <w:rPr>
          <w:sz w:val="32"/>
        </w:rPr>
        <w:t>5、时间范围</w:t>
      </w:r>
      <w:r>
        <w:rPr>
          <w:sz w:val="22"/>
        </w:rPr>
        <w:t>2019-01-07 08:00:00+00:00</w:t>
      </w:r>
      <w:r>
        <w:rPr>
          <w:sz w:val="22"/>
        </w:rPr>
        <w:t>--</w:t>
      </w:r>
      <w:r>
        <w:rPr>
          <w:sz w:val="22"/>
        </w:rPr>
        <w:t>2020-01-06 08:00:00+00:00</w:t>
      </w:r>
    </w:p>
    <w:p>
      <w:r>
        <w:rPr>
          <w:sz w:val="32"/>
        </w:rPr>
        <w:t>6、引用方式</w:t>
      </w:r>
    </w:p>
    <w:p>
      <w:pPr>
        <w:ind w:left="432"/>
      </w:pPr>
      <w:r>
        <w:rPr>
          <w:sz w:val="22"/>
        </w:rPr>
        <w:t xml:space="preserve">数据的引用: </w:t>
      </w:r>
    </w:p>
    <w:p>
      <w:pPr>
        <w:ind w:left="432" w:firstLine="432"/>
      </w:pPr>
      <w:r>
        <w:t xml:space="preserve">葛咏, 李强子, 李毅. 极端降水灾害风险评估数据集（2019）. 国家青藏高原科学数据中心, DOI:10.11888/Geogra.tpdc.270406, CSTR:18406.11.Geogra.tpdc.270406, </w:t>
      </w:r>
      <w:r>
        <w:t>2020</w:t>
      </w:r>
      <w:r>
        <w:t>.[</w:t>
      </w:r>
      <w:r>
        <w:t xml:space="preserve">GE  Yong, LI Qiangzi, LI  Yi. Extreme precipitation disaster risk assessment data set (2019). National Tibetan Plateau Data Center, DOI:10.11888/Geogra.tpdc.270406, CSTR:18406.11.Geogra.tpdc.270406, </w:t>
      </w:r>
      <w:r>
        <w:t>2020</w:t>
      </w:r>
      <w:r>
        <w:rPr>
          <w:sz w:val="22"/>
        </w:rPr>
        <w:t>]</w:t>
      </w:r>
    </w:p>
    <w:p>
      <w:pPr>
        <w:ind w:left="432"/>
      </w:pPr>
      <w:r>
        <w:rPr>
          <w:sz w:val="22"/>
        </w:rPr>
        <w:t xml:space="preserve">文章的引用: </w:t>
      </w:r>
    </w:p>
    <w:p>
      <w:pPr>
        <w:ind w:left="864"/>
      </w:pPr>
      <w:r>
        <w:t>Li, Q.L., Zhang, W.C., Yi, L., Liu, J.P., &amp; Chen, H. (2018). Accuracy evaluation and comparison of gpm and trmm precipitation product over mainland china. Advances in Water Science, 29(3), 303-313.</w:t>
        <w:br/>
        <w:br/>
      </w:r>
      <w:r>
        <w:t>Kummu, M., Taka, M., &amp; Guillaume, J.H.A. (2018). Gridded global datasets for Gross Domestic Product and Human Development Index over 1990–2015. Scientific Data, 5(1), 180004. https://doi.org/10.1038/sdata.2018.4.</w:t>
        <w:br/>
        <w:br/>
      </w:r>
    </w:p>
    <w:p>
      <w:r>
        <w:rPr>
          <w:sz w:val="32"/>
        </w:rPr>
        <w:t>7、资助项目信息</w:t>
      </w:r>
    </w:p>
    <w:p>
      <w:r>
        <w:rPr>
          <w:sz w:val="32"/>
        </w:rPr>
        <w:t>8、数据资源提供者</w:t>
      </w:r>
    </w:p>
    <w:p>
      <w:pPr>
        <w:ind w:left="432"/>
      </w:pPr>
      <w:r>
        <w:rPr>
          <w:sz w:val="22"/>
        </w:rPr>
        <w:t xml:space="preserve">姓名: </w:t>
      </w:r>
      <w:r>
        <w:rPr>
          <w:sz w:val="22"/>
        </w:rPr>
        <w:t>葛咏</w:t>
        <w:br/>
      </w:r>
      <w:r>
        <w:rPr>
          <w:sz w:val="22"/>
        </w:rPr>
        <w:t xml:space="preserve">单位: </w:t>
      </w:r>
      <w:r>
        <w:rPr>
          <w:sz w:val="22"/>
        </w:rPr>
        <w:t>中国科学院地理科学与资源研究所</w:t>
        <w:br/>
      </w:r>
      <w:r>
        <w:rPr>
          <w:sz w:val="22"/>
        </w:rPr>
        <w:t xml:space="preserve">电子邮件: </w:t>
      </w:r>
      <w:r>
        <w:rPr>
          <w:sz w:val="22"/>
        </w:rPr>
        <w:t>gey@lreis.ac.cn</w:t>
        <w:br/>
        <w:br/>
      </w:r>
      <w:r>
        <w:rPr>
          <w:sz w:val="22"/>
        </w:rPr>
        <w:t xml:space="preserve">姓名: </w:t>
      </w:r>
      <w:r>
        <w:rPr>
          <w:sz w:val="22"/>
        </w:rPr>
        <w:t>李强子</w:t>
        <w:br/>
      </w:r>
      <w:r>
        <w:rPr>
          <w:sz w:val="22"/>
        </w:rPr>
        <w:t xml:space="preserve">单位: </w:t>
      </w:r>
      <w:r>
        <w:rPr>
          <w:sz w:val="22"/>
        </w:rPr>
        <w:t>中科院遥感所</w:t>
        <w:br/>
      </w:r>
      <w:r>
        <w:rPr>
          <w:sz w:val="22"/>
        </w:rPr>
        <w:t xml:space="preserve">电子邮件: </w:t>
      </w:r>
      <w:r>
        <w:rPr>
          <w:sz w:val="22"/>
        </w:rPr>
        <w:t>liqz@radi.ac.cn</w:t>
        <w:br/>
        <w:br/>
      </w:r>
      <w:r>
        <w:rPr>
          <w:sz w:val="22"/>
        </w:rPr>
        <w:t xml:space="preserve">姓名: </w:t>
      </w:r>
      <w:r>
        <w:rPr>
          <w:sz w:val="22"/>
        </w:rPr>
        <w:t>李毅</w:t>
        <w:br/>
      </w:r>
      <w:r>
        <w:rPr>
          <w:sz w:val="22"/>
        </w:rPr>
        <w:t xml:space="preserve">单位: </w:t>
      </w:r>
      <w:r>
        <w:rPr>
          <w:sz w:val="22"/>
        </w:rPr>
        <w:t>中科院遥感所</w:t>
        <w:br/>
      </w:r>
      <w:r>
        <w:rPr>
          <w:sz w:val="22"/>
        </w:rPr>
        <w:t xml:space="preserve">电子邮件: </w:t>
      </w:r>
      <w:r>
        <w:rPr>
          <w:sz w:val="22"/>
        </w:rPr>
        <w:t>liyi@radi.ac.cn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