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青海省全部单位从业人员和劳动报酬情况（1998-1999，2009-2010）</w:t>
      </w:r>
    </w:p>
    <w:p>
      <w:r>
        <w:rPr>
          <w:sz w:val="22"/>
        </w:rPr>
        <w:t>英文标题：Employees and labor remuneration of all units in Qinghai Province (1998-1999，2009-2010)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该数据集记录了青海省全部单位从业人员和劳动报酬情况，数据是按全部从业人员和劳动报酬情况进行划分的。数据整理自青海省统计局发布的青海省统计年鉴。数据集包含3个数据表，分别为:</w:t>
        <w:br/>
        <w:t>全部从业人员和劳动报酬情况1998年.xls</w:t>
        <w:br/>
        <w:t>全部单位从业人员和劳动报酬情况1999年.xls</w:t>
        <w:br/>
        <w:t>全部单位就业人员劳动报酬和平均劳动报酬2009年.xls</w:t>
        <w:br/>
        <w:t>全部单位就业人员劳动报酬和平均劳动报酬2010年.xls。数据表结构相同。例如全部从业人员和劳动报酬情况1998年数据表共有5个字段：</w:t>
        <w:br/>
        <w:t>字段1：类别</w:t>
        <w:br/>
        <w:t>字段2：单位从业人员</w:t>
        <w:br/>
        <w:t>字段3：在岗职工合计</w:t>
        <w:br/>
        <w:t>字段4：女性</w:t>
        <w:br/>
        <w:t>字段5：少数民族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劳动报酬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青海省全部单位从业人员和劳动报酬情况（1998-1999，2009-2010）. 国家青藏高原科学数据中心, </w:t>
      </w:r>
      <w:r>
        <w:t>2021</w:t>
      </w:r>
      <w:r>
        <w:t>.[</w:t>
      </w:r>
      <w:r>
        <w:t xml:space="preserve">Qinghai Provincial Bureau of Statistics. Employees and labor remuneration of all units in Qinghai Province (1998-1999，2009-2010).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