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黑河生态水文遥感试验：水文气象观测网数据集（黄草沟站自动气象站-2013）</w:t>
      </w:r>
    </w:p>
    <w:p>
      <w:r>
        <w:rPr>
          <w:sz w:val="22"/>
        </w:rPr>
        <w:t>英文标题：HiWATER: Dataset of hydrometeorological observation network (automatic weather station of Huangcaogou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该数据集包含了2013年6月7日至2013年12月31日黑河水文气象观测网上游黄草沟站气象要素观测数据。站点位于青海省祁连县峨堡镇黄草沟村，下垫面是高寒草地。观测点的经纬度是100.7312E, 38.0033N，海拔3137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百分比)。</w:t>
        <w:br/>
        <w:t>观测数据的处理与质量控制：（1）确保每天144个数据（每10min），若出现数据的缺失，则由-6999标示；2013年6月12日-9月24日风向传感器有问题，期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2013-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黄草沟站</w:t>
        <w:br/>
      </w:r>
      <w:r>
        <w:rPr>
          <w:sz w:val="22"/>
        </w:rPr>
        <w:t>时间关键词：</w:t>
      </w:r>
      <w:r>
        <w:rPr>
          <w:sz w:val="22"/>
        </w:rPr>
        <w:t>2013-06-07至2013-12-31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3.文件大小：9.86MB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北：38.0033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西：100.7312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东：100.7312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南：38.0033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2013-06-14 00:00:00+00:00</w:t>
      </w:r>
      <w:r>
        <w:rPr>
          <w:sz w:val="22"/>
        </w:rPr>
        <w:t>--</w:t>
      </w:r>
      <w:r>
        <w:rPr>
          <w:sz w:val="22"/>
        </w:rPr>
        <w:t>2014-01-07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黑河生态水文遥感试验：水文气象观测网数据集（黄草沟站自动气象站-2013）. 国家青藏高原科学数据中心, DOI:10.3972/hiwater.181.2014.db, CSTR:18406.11.hiwater.181.2014.db,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Huangcaogou station, 2013). National Tibetan Plateau Data Center, DOI:10.3972/hiwater.181.2014.db, CSTR:18406.11.hiwater.181.2014.db,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