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色林错流域土壤温湿观测数据（2017）</w:t>
      </w:r>
    </w:p>
    <w:p>
      <w:r>
        <w:rPr>
          <w:sz w:val="22"/>
        </w:rPr>
        <w:t>英文标题：Soil temperature and moisture observation data of the Selincuo Lake Basin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该数据集是色林错东岸径流场土壤温湿观测点的观测数据，可用于气候学和环境变化、寒区水文过程等学科领域。</w:t>
        <w:br/>
        <w:t>数据观测时间为2017年8月19日至2017年9月8日。利用土壤温湿探头（5TE），每60分钟记录一条数据。原始数据湿度精度为0.01%，温度精度为0.01℃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2017-08-23 00:00:00+00:00</w:t>
      </w:r>
      <w:r>
        <w:rPr>
          <w:sz w:val="22"/>
        </w:rPr>
        <w:t>--</w:t>
      </w:r>
      <w:r>
        <w:rPr>
          <w:sz w:val="22"/>
        </w:rPr>
        <w:t>2017-09-12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色林错流域土壤温湿观测数据（2017）. 国家青藏高原科学数据中心, DOI:10.11888/Soil.tpdc.270547, CSTR:18406.11.Soil.tpdc.270547, </w:t>
      </w:r>
      <w:r>
        <w:t>2018</w:t>
      </w:r>
      <w:r>
        <w:t>.[</w:t>
      </w:r>
      <w:r>
        <w:t xml:space="preserve">Soil temperature and moisture observation data of the Selincuo Lake Basin (2017). National Tibetan Plateau Data Center, DOI:10.11888/Soil.tpdc.270547, CSTR:18406.11.Soil.tpdc.270547,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