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祁连山综合观测网：黑河流域地表过程综合观测网（垭口站涡动相关仪-2019）</w:t>
      </w:r>
    </w:p>
    <w:p>
      <w:r>
        <w:rPr>
          <w:sz w:val="22"/>
        </w:rPr>
        <w:t>英文标题：Qilian Mountains integrated observatory network: Dataset of Heihe integrated observatory network (eddy covariance system of Yakou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该数据集包含了2019年1月1日至2019年12月31日的黑河流域地表过程综合观测网上游垭口站涡动相关仪观测数据。站点位于青海省祁连县，下垫面是高寒草甸。观测点的经纬度是100.2421, 38.0142N，海拔4148 m。涡动相关仪的架高3.2m，采样频率是10Hz，超声朝向是正北向，超声风速仪（CSAT3）与CO2/H2O分析仪（Li7500A）之间的距离是15cm。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该站冬季会出现缺电现象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比插补数据好）；9数据质量差））。数据时间的含义，如0:30代表0:00-0:30的平均；数据以*.xls格式存储。</w:t>
        <w:br/>
        <w:t>黑河流域地表过程综合观测网或站点信息请参考Liu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2019-01-09 00:00:00+00:00</w:t>
      </w:r>
      <w:r>
        <w:rPr>
          <w:sz w:val="22"/>
        </w:rPr>
        <w:t>--</w:t>
      </w:r>
      <w:r>
        <w:rPr>
          <w:sz w:val="22"/>
        </w:rPr>
        <w:t>2020-01-08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祁连山综合观测网：黑河流域地表过程综合观测网（垭口站涡动相关仪-2019）. 国家青藏高原科学数据中心, DOI:10.11888/Meteoro.tpdc.270686, CSTR:18406.11.Meteoro.tpdc.270686,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(eddy covariance system of Yakou station, 2019). National Tibetan Plateau Data Center, DOI:10.11888/Meteoro.tpdc.270686, CSTR:18406.11.Meteoro.tpdc.270686,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