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青海省国民经济与社会发展主要指标完成情况（1979-2007）</w:t>
      </w:r>
    </w:p>
    <w:p>
      <w:r>
        <w:rPr>
          <w:sz w:val="22"/>
        </w:rPr>
        <w:t>英文标题：Completion of main indicators of national economic and social development in Qinghai Province (1979-2007)</w:t>
      </w:r>
    </w:p>
    <w:p>
      <w:r>
        <w:rPr>
          <w:sz w:val="32"/>
        </w:rPr>
        <w:t>1、摘要</w:t>
      </w:r>
    </w:p>
    <w:p>
      <w:pPr>
        <w:ind w:firstLine="432"/>
      </w:pPr>
      <w:r>
        <w:rPr>
          <w:sz w:val="22"/>
        </w:rPr>
        <w:t>该数据集记录了青海省年青海国民经济与社会发展主要指标完成情况的统计数据，数据按人口、就业、宏观经济和投资等划分的。数据整理自青海省统计局发布的青海省统计年鉴。数据集包含4个数据表，分别为：青海省改革开放以来国民经济与社会发展主要指标完成情况2007-2012年.xls，青海省改革开放以来国民经济与社会发展主要指标完成情况2007-2013年.xls，青海省改革开放以来国民经济与社会发展主要指标完成情况2008-2014年.xls，青海省改革开放以来主要经济指标完成情况表1978-2007年.xls。数据表结构相同。例如2007-2012年的数据表共有4个字段：</w:t>
        <w:br/>
        <w:t>字段1：指标</w:t>
        <w:br/>
        <w:t>字段2：年份</w:t>
        <w:br/>
        <w:t>字段3：累计增长</w:t>
        <w:br/>
        <w:t>字段4：年均增长</w:t>
      </w:r>
    </w:p>
    <w:p>
      <w:r>
        <w:rPr>
          <w:sz w:val="32"/>
        </w:rPr>
        <w:t>2、关键词</w:t>
      </w:r>
    </w:p>
    <w:p>
      <w:pPr>
        <w:ind w:left="432"/>
      </w:pPr>
      <w:r>
        <w:rPr>
          <w:sz w:val="22"/>
        </w:rPr>
        <w:t>主题关键词：</w:t>
      </w:r>
      <w:r>
        <w:rPr>
          <w:sz w:val="22"/>
        </w:rPr>
        <w:t>国民经济</w:t>
      </w:r>
      <w:r>
        <w:t>,</w:t>
      </w:r>
      <w:r>
        <w:rPr>
          <w:sz w:val="22"/>
        </w:rPr>
        <w:t>社会经济</w:t>
      </w:r>
      <w:r>
        <w:t>,</w:t>
      </w:r>
      <w:r>
        <w:rPr>
          <w:sz w:val="22"/>
        </w:rPr>
        <w:t>社会发展</w:t>
        <w:br/>
      </w:r>
      <w:r>
        <w:rPr>
          <w:sz w:val="22"/>
        </w:rPr>
        <w:t>学科关键词：</w:t>
      </w:r>
      <w:r>
        <w:rPr>
          <w:sz w:val="22"/>
        </w:rPr>
        <w:t>人地关系</w:t>
        <w:br/>
      </w:r>
      <w:r>
        <w:rPr>
          <w:sz w:val="22"/>
        </w:rPr>
        <w:t>地点关键词：</w:t>
      </w:r>
      <w:r>
        <w:rPr>
          <w:sz w:val="22"/>
        </w:rPr>
        <w:t>青海</w:t>
        <w:br/>
      </w:r>
      <w:r>
        <w:rPr>
          <w:sz w:val="22"/>
        </w:rPr>
        <w:t>时间关键词：</w:t>
      </w:r>
      <w:r>
        <w:rPr>
          <w:sz w:val="22"/>
        </w:rPr>
        <w:t>1979-2007</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1978-12-31 16:00:00+00:00</w:t>
      </w:r>
      <w:r>
        <w:rPr>
          <w:sz w:val="22"/>
        </w:rPr>
        <w:t>--</w:t>
      </w:r>
      <w:r>
        <w:rPr>
          <w:sz w:val="22"/>
        </w:rPr>
        <w:t>2007-12-30 16:00:00+00:00</w:t>
      </w:r>
    </w:p>
    <w:p>
      <w:r>
        <w:rPr>
          <w:sz w:val="32"/>
        </w:rPr>
        <w:t>6、引用方式</w:t>
      </w:r>
    </w:p>
    <w:p>
      <w:pPr>
        <w:ind w:left="432"/>
      </w:pPr>
      <w:r>
        <w:rPr>
          <w:sz w:val="22"/>
        </w:rPr>
        <w:t xml:space="preserve">数据的引用: </w:t>
      </w:r>
    </w:p>
    <w:p>
      <w:pPr>
        <w:ind w:left="432" w:firstLine="432"/>
      </w:pPr>
      <w:r>
        <w:t xml:space="preserve">青海省统计局. 青海省国民经济与社会发展主要指标完成情况（1979-2007）. 国家青藏高原科学数据中心, </w:t>
      </w:r>
      <w:r>
        <w:t>2021</w:t>
      </w:r>
      <w:r>
        <w:t>.[</w:t>
      </w:r>
      <w:r>
        <w:t xml:space="preserve">Qinghai Provincial Bureau of Statistics. Completion of main indicators of national economic and social development in Qinghai Province (1979-2007).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