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中国西部六省多年土地利用现状遥感监测数据集(1970s、1980s、1995、2000、2005、2010、2015）</w:t>
      </w:r>
    </w:p>
    <w:p>
      <w:r>
        <w:rPr>
          <w:sz w:val="22"/>
        </w:rPr>
        <w:t>英文标题：Remote sensing monitoring dataset of land use status in six provinces in western China for many years (1970s, 1980s, 1995, 2000, 2005, 2010, 2015)</w:t>
      </w:r>
    </w:p>
    <w:p>
      <w:r>
        <w:rPr>
          <w:sz w:val="32"/>
        </w:rPr>
        <w:t>1、摘要</w:t>
      </w:r>
    </w:p>
    <w:p>
      <w:pPr>
        <w:ind w:firstLine="432"/>
      </w:pPr>
      <w:r>
        <w:rPr>
          <w:sz w:val="22"/>
        </w:rPr>
        <w:t>中国土地利用现状遥感监测数据库是在国家科技支撑计划、中国科学院知识创新工程重要方向项目等多项重大科技项目的支持下经过多年的积累建立的覆盖全国陆地区域的多时相土地利用现状数据库。</w:t>
        <w:br/>
        <w:t>数据集为西北（南）六省包括：新疆、西藏、青海、云南、四川、甘肃。以1970s、1980s、1995、2000、2005、2010、2015年Landsatt TM/ETM遥感影像为底图，利用专业软件通过人工目视解译生成。然后在矢量数据的基础上栅格化生成的1KM栅格数据。</w:t>
        <w:br/>
        <w:t>土地利用类型包括耕地、林地、草地、水域、居民地和未利用土地6个一级土地类型以及25个二级类型。</w:t>
        <w:br/>
        <w:t>数据包括经纬度 WGS投影（Geo）和等面积圆锥投影（Albers）两种投影方式</w:t>
        <w:br/>
        <w:t>中国土地利用现状遥感监测数据库是目前我国精度最高的土地利用遥感监测数据产品，已经在国家土地资源调查、水文、生态研究中发挥着重要作用</w:t>
      </w:r>
    </w:p>
    <w:p>
      <w:r>
        <w:rPr>
          <w:sz w:val="32"/>
        </w:rPr>
        <w:t>2、关键词</w:t>
      </w:r>
    </w:p>
    <w:p>
      <w:pPr>
        <w:ind w:left="432"/>
      </w:pPr>
      <w:r>
        <w:rPr>
          <w:sz w:val="22"/>
        </w:rPr>
        <w:t>主题关键词：</w:t>
      </w:r>
      <w:r>
        <w:rPr>
          <w:sz w:val="22"/>
        </w:rPr>
        <w:t>土地覆被</w:t>
      </w:r>
      <w:r>
        <w:t>,</w:t>
      </w:r>
      <w:r>
        <w:rPr>
          <w:sz w:val="22"/>
        </w:rPr>
        <w:t>土地利用</w:t>
      </w:r>
      <w:r>
        <w:t>,</w:t>
      </w:r>
      <w:r>
        <w:rPr>
          <w:sz w:val="22"/>
        </w:rPr>
        <w:t>土地资源</w:t>
        <w:br/>
      </w:r>
      <w:r>
        <w:rPr>
          <w:sz w:val="22"/>
        </w:rPr>
        <w:t>学科关键词：</w:t>
      </w:r>
      <w:r>
        <w:rPr>
          <w:sz w:val="22"/>
        </w:rPr>
        <w:t>人地关系</w:t>
        <w:br/>
      </w:r>
      <w:r>
        <w:rPr>
          <w:sz w:val="22"/>
        </w:rPr>
        <w:t>地点关键词：</w:t>
      </w:r>
      <w:r>
        <w:rPr>
          <w:sz w:val="22"/>
        </w:rPr>
        <w:t>中国西部</w:t>
        <w:br/>
      </w:r>
      <w:r>
        <w:rPr>
          <w:sz w:val="22"/>
        </w:rPr>
        <w:t>时间关键词：</w:t>
      </w:r>
      <w:r>
        <w:rPr>
          <w:sz w:val="22"/>
        </w:rPr>
        <w:t>2015</w:t>
      </w:r>
      <w:r>
        <w:t xml:space="preserve">, </w:t>
      </w:r>
      <w:r>
        <w:rPr>
          <w:sz w:val="22"/>
        </w:rPr>
        <w:t>2000</w:t>
      </w:r>
      <w:r>
        <w:t xml:space="preserve">, </w:t>
      </w:r>
      <w:r>
        <w:rPr>
          <w:sz w:val="22"/>
        </w:rPr>
        <w:t>1995</w:t>
      </w:r>
      <w:r>
        <w:t xml:space="preserve">, </w:t>
      </w:r>
      <w:r>
        <w:rPr>
          <w:sz w:val="22"/>
        </w:rPr>
        <w:t>1980s</w:t>
      </w:r>
      <w:r>
        <w:t xml:space="preserve">, </w:t>
      </w:r>
      <w:r>
        <w:rPr>
          <w:sz w:val="22"/>
        </w:rPr>
        <w:t>2005</w:t>
      </w:r>
      <w:r>
        <w:t xml:space="preserve">, </w:t>
      </w:r>
      <w:r>
        <w:rPr>
          <w:sz w:val="22"/>
        </w:rPr>
        <w:t>1970s</w:t>
      </w:r>
      <w:r>
        <w:t xml:space="preserve">, </w:t>
      </w:r>
      <w:r>
        <w:rPr>
          <w:sz w:val="22"/>
        </w:rPr>
        <w:t>2010</w:t>
      </w:r>
      <w:r>
        <w:t xml:space="preserve">, </w:t>
      </w:r>
      <w:r>
        <w:rPr>
          <w:sz w:val="22"/>
        </w:rPr>
        <w:t>2005</w:t>
      </w:r>
    </w:p>
    <w:p>
      <w:r>
        <w:rPr>
          <w:sz w:val="32"/>
        </w:rPr>
        <w:t>3、数据细节</w:t>
      </w:r>
    </w:p>
    <w:p>
      <w:pPr>
        <w:ind w:left="432"/>
      </w:pPr>
      <w:r>
        <w:rPr>
          <w:sz w:val="22"/>
        </w:rPr>
        <w:t>1.比例尺：None</w:t>
      </w:r>
    </w:p>
    <w:p>
      <w:pPr>
        <w:ind w:left="432"/>
      </w:pPr>
      <w:r>
        <w:rPr>
          <w:sz w:val="22"/>
        </w:rPr>
        <w:t>2.投影：</w:t>
      </w:r>
    </w:p>
    <w:p>
      <w:pPr>
        <w:ind w:left="432"/>
      </w:pPr>
      <w:r>
        <w:rPr>
          <w:sz w:val="22"/>
        </w:rPr>
        <w:t>3.文件大小：66.3MB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北：50.0</w:t>
            </w:r>
          </w:p>
        </w:tc>
        <w:tc>
          <w:tcPr>
            <w:tcW w:type="dxa" w:w="2880"/>
          </w:tcPr>
          <w:p>
            <w:r>
              <w:t>-</w:t>
            </w:r>
          </w:p>
        </w:tc>
      </w:tr>
      <w:tr>
        <w:tc>
          <w:tcPr>
            <w:tcW w:type="dxa" w:w="2880"/>
          </w:tcPr>
          <w:p>
            <w:r>
              <w:t>西：70.0</w:t>
            </w:r>
          </w:p>
        </w:tc>
        <w:tc>
          <w:tcPr>
            <w:tcW w:type="dxa" w:w="2880"/>
          </w:tcPr>
          <w:p>
            <w:r>
              <w:t>-</w:t>
            </w:r>
          </w:p>
        </w:tc>
        <w:tc>
          <w:tcPr>
            <w:tcW w:type="dxa" w:w="2880"/>
          </w:tcPr>
          <w:p>
            <w:r>
              <w:t>东：110.0</w:t>
            </w:r>
          </w:p>
        </w:tc>
      </w:tr>
      <w:tr>
        <w:tc>
          <w:tcPr>
            <w:tcW w:type="dxa" w:w="2880"/>
          </w:tcPr>
          <w:p>
            <w:r>
              <w:t>-</w:t>
            </w:r>
          </w:p>
        </w:tc>
        <w:tc>
          <w:tcPr>
            <w:tcW w:type="dxa" w:w="2880"/>
          </w:tcPr>
          <w:p>
            <w:r>
              <w:t>南：20.0</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刘纪远. 中国西部六省多年土地利用现状遥感监测数据集(1970s、1980s、1995、2000、2005、2010、2015）. 国家青藏高原科学数据中心, DOI:10.11888/Socioeco.tpdc.270469, CSTR:18406.11.Socioeco.tpdc.270469, </w:t>
      </w:r>
      <w:r>
        <w:t>2019</w:t>
      </w:r>
      <w:r>
        <w:t>.[</w:t>
      </w:r>
      <w:r>
        <w:t xml:space="preserve">LIU Jiyuan. Remote sensing monitoring dataset of land use status in six provinces in western China for many years (1970s, 1980s, 1995, 2000, 2005, 2010, 2015). National Tibetan Plateau Data Center, DOI:10.11888/Socioeco.tpdc.270469, CSTR:18406.11.Socioeco.tpdc.270469, </w:t>
      </w:r>
      <w:r>
        <w:t>2019</w:t>
      </w:r>
      <w:r>
        <w:rPr>
          <w:sz w:val="22"/>
        </w:rPr>
        <w:t>]</w:t>
      </w:r>
    </w:p>
    <w:p>
      <w:pPr>
        <w:ind w:left="432"/>
      </w:pPr>
      <w:r>
        <w:rPr>
          <w:sz w:val="22"/>
        </w:rPr>
        <w:t xml:space="preserve">文章的引用: </w:t>
      </w:r>
    </w:p>
    <w:p>
      <w:pPr>
        <w:ind w:left="864"/>
      </w:pPr>
      <w:r>
        <w:t>徐新良,刘纪远,张树文,李仁东,颜长珍,吴世新. (2018). 中国多时期土地利用土地覆被遥感监测数据集(CNLUCC). 中国科学院资源环境科学数据中心数据注册与出版系统(http://www.resdc.cn/DOI), DOI:10.12078/2018070201).</w:t>
        <w:br/>
        <w:br/>
      </w:r>
    </w:p>
    <w:p>
      <w:r>
        <w:rPr>
          <w:sz w:val="32"/>
        </w:rPr>
        <w:t>7、资助项目信息</w:t>
      </w:r>
    </w:p>
    <w:p>
      <w:r>
        <w:rPr>
          <w:sz w:val="32"/>
        </w:rPr>
        <w:t>8、数据资源提供者</w:t>
      </w:r>
    </w:p>
    <w:p>
      <w:pPr>
        <w:ind w:left="432"/>
      </w:pPr>
      <w:r>
        <w:rPr>
          <w:sz w:val="22"/>
        </w:rPr>
        <w:t xml:space="preserve">姓名: </w:t>
      </w:r>
      <w:r>
        <w:rPr>
          <w:sz w:val="22"/>
        </w:rPr>
        <w:t>刘纪远</w:t>
        <w:br/>
      </w:r>
      <w:r>
        <w:rPr>
          <w:sz w:val="22"/>
        </w:rPr>
        <w:t xml:space="preserve">单位: </w:t>
      </w:r>
      <w:r>
        <w:rPr>
          <w:sz w:val="22"/>
        </w:rPr>
        <w:t>中国科学院地理资源与环境研究所</w:t>
        <w:br/>
      </w:r>
      <w:r>
        <w:rPr>
          <w:sz w:val="22"/>
        </w:rPr>
        <w:t xml:space="preserve">电子邮件: </w:t>
      </w:r>
      <w:r>
        <w:rPr>
          <w:sz w:val="22"/>
        </w:rPr>
        <w:t>liujy@igsnrr.ac.cn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