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Zhangye wetland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该数据集包含了2019年1月1日至2018年12月31日黑河流域地表过程综合观测网中游张掖湿地站气象要素观测数据。站点位于甘肃省张掖市国家湿地公园，下垫面是芦苇湿地。观测点的经纬度是100.4464E,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黑河流域中游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2019-01-23 00:00:00+00:00</w:t>
      </w:r>
      <w:r>
        <w:rPr>
          <w:sz w:val="22"/>
        </w:rPr>
        <w:t>--</w:t>
      </w:r>
      <w:r>
        <w:rPr>
          <w:sz w:val="22"/>
        </w:rPr>
        <w:t>2020-01-22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祁连山综合观测网：黑河流域地表过程综合观测网（张掖湿地站自动气象站-2019）. 国家青藏高原科学数据中心, DOI:10.11888/Meteoro.tpdc.270677, CSTR:18406.11.Meteoro.tpdc.270677,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Zhangye wetland station, 2019). National Tibetan Plateau Data Center, DOI:10.11888/Meteoro.tpdc.270677, CSTR:18406.11.Meteoro.tpdc.270677,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