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青藏高原南羌塘和拉萨(宝湖-萨嘎县)岩浆岩锆石Hf-O同位素数据集（2020）</w:t>
      </w:r>
    </w:p>
    <w:p>
      <w:r>
        <w:rPr>
          <w:sz w:val="22"/>
        </w:rPr>
        <w:t>英文标题：Zircon HF-O isotopic data set of magmatic rocks from South Qiangtang and Lhasa (Baohu-Saga county), Qinghai Tibet Plateau (2020)</w:t>
      </w:r>
    </w:p>
    <w:p>
      <w:r>
        <w:rPr>
          <w:sz w:val="32"/>
        </w:rPr>
        <w:t>1、摘要</w:t>
      </w:r>
    </w:p>
    <w:p>
      <w:pPr>
        <w:ind w:firstLine="432"/>
      </w:pPr>
      <w:r>
        <w:rPr>
          <w:sz w:val="22"/>
        </w:rPr>
        <w:t>青藏高原岩浆岩锆石Hf-O数据集主要以南羌塘至拉萨板块的局部地区锆石Hf-O同位素数据为主，锆石Hf-O测试点样品主要集中在南羌塘果干加年山、宝湖、都古尔以及拉萨板块萨嘎县等地区。岩石以基性岩墙群、片麻状花岗岩、闪长岩为主。锆石Hf-O测试方法分别MC-ICP-MS和SIMS。数据来自已经发表的文章或者正在接受阶段。数据发表的文章均为SCI或NI期刊，包括《Geology 》、《BSA Bulletin》以及《Journal of Petrology》等，数据结果真实可靠。测试单位主要是中国科学院广州地球化学研究所。该数据集可以用于研究青藏高原不同地区岩浆岩岩石成因以及岩石圈演化。</w:t>
      </w:r>
    </w:p>
    <w:p>
      <w:r>
        <w:rPr>
          <w:sz w:val="32"/>
        </w:rPr>
        <w:t>2、关键词</w:t>
      </w:r>
    </w:p>
    <w:p>
      <w:pPr>
        <w:ind w:left="432"/>
      </w:pPr>
      <w:r>
        <w:rPr>
          <w:sz w:val="22"/>
        </w:rPr>
        <w:t>主题关键词：</w:t>
      </w:r>
      <w:r>
        <w:rPr>
          <w:sz w:val="22"/>
        </w:rPr>
        <w:t>地球化学</w:t>
      </w:r>
      <w:r>
        <w:t>,</w:t>
      </w:r>
      <w:r>
        <w:rPr>
          <w:sz w:val="22"/>
        </w:rPr>
        <w:t>锆石Hf-O同位素</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西：84.0</w:t>
            </w:r>
          </w:p>
        </w:tc>
        <w:tc>
          <w:tcPr>
            <w:tcW w:type="dxa" w:w="2880"/>
          </w:tcPr>
          <w:p>
            <w:r>
              <w:t>-</w:t>
            </w:r>
          </w:p>
        </w:tc>
        <w:tc>
          <w:tcPr>
            <w:tcW w:type="dxa" w:w="2880"/>
          </w:tcPr>
          <w:p>
            <w:r>
              <w:t>东：89.0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但卫, 王军, 齐玥. 青藏高原南羌塘和拉萨(宝湖-萨嘎县)岩浆岩锆石Hf-O同位素数据集（2020）. 国家青藏高原科学数据中心, </w:t>
      </w:r>
      <w:r>
        <w:t>2021</w:t>
      </w:r>
      <w:r>
        <w:t>.[</w:t>
      </w:r>
      <w:r>
        <w:t xml:space="preserve">WANG  Jun, QI  Yue, DAN  Wei, TANG Gongjian. Zircon HF-O isotopic data set of magmatic rocks from South Qiangtang and Lhasa (Baohu-Saga county), Qinghai Tibet Plateau (2020). National Tibetan Plateau Data Center,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