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青海省分项目、分行业国内生产总值（1978-2000）</w:t>
      </w:r>
    </w:p>
    <w:p>
      <w:r>
        <w:rPr>
          <w:sz w:val="22"/>
        </w:rPr>
        <w:t>英文标题：GDP of Qinghai Province by project and industry (1978-2000)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-2000年的青海省分项目、分行业国内生产总值的统计数据，数据是按项目、年份来划分的。数据整理自青海省统计局发布的青海省统计年鉴。数据集包含3个数据表，分别为：分项目、分行业国内生产总值1978-1998年.xls，分项目、分行业国内生产总值1978-1999年.xls，分项目分行业国内生产总值1978-2000年.xls。数据表结构相同。例如1978-1998年的数据表共有13个字段：</w:t>
        <w:br/>
        <w:t>字段1：项目</w:t>
        <w:br/>
        <w:t>字段2：1978</w:t>
        <w:br/>
        <w:t>字段3：1980</w:t>
        <w:br/>
        <w:t>字段4：1985</w:t>
        <w:br/>
        <w:t>字段5：1990</w:t>
        <w:br/>
        <w:t>字段6：1991</w:t>
        <w:br/>
        <w:t>字段7：1992</w:t>
        <w:br/>
        <w:t>字段8：1993</w:t>
        <w:br/>
        <w:t>字段9：1994</w:t>
        <w:br/>
        <w:t>字段10：1995</w:t>
        <w:br/>
        <w:t>字段11：1996</w:t>
        <w:br/>
        <w:t>字段12：1997</w:t>
        <w:br/>
        <w:t>字段13：1998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青海省分项目、分行业国内生产总值（1978-2000）. 国家青藏高原科学数据中心, </w:t>
      </w:r>
      <w:r>
        <w:t>2021</w:t>
      </w:r>
      <w:r>
        <w:t>.[</w:t>
      </w:r>
      <w:r>
        <w:t xml:space="preserve">Qinghai Provincial Bureau of Statistics. GDP of Qinghai Province by project and industry (1978-2000).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