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2016年5-9月葫芦沟小流域土壤和地下水温度监测数据</w:t>
      </w:r>
    </w:p>
    <w:p>
      <w:r>
        <w:rPr>
          <w:sz w:val="22"/>
        </w:rPr>
        <w:t>英文标题：The monitoring data of soil and groundwater temperature in Hulugou Watershed from 2016 May to 2016 September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葫芦沟土壤温度监测深度分布为20cm、50cm、100cm、200cm、300cm。地下水温度监测深度为10m。观测频率为1小时/次。观测数据时间范围为2016年5月17日~2016年9月18日。</w:t>
        <w:br/>
        <w:t>二、采样地点</w:t>
        <w:br/>
        <w:t>葫芦沟小流域土壤温度监测点设置在流域三角洲中部，其地理坐标为99°52′45.38″E, 38°15′21.27″N。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地下水温度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2016-05-30 00:00:00+00:00</w:t>
      </w:r>
      <w:r>
        <w:rPr>
          <w:sz w:val="22"/>
        </w:rPr>
        <w:t>--</w:t>
      </w:r>
      <w:r>
        <w:rPr>
          <w:sz w:val="22"/>
        </w:rPr>
        <w:t>2016-10-01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2016年5-9月葫芦沟小流域土壤和地下水温度监测数据. 国家青藏高原科学数据中心, DOI:10.11888/Hydro.tpdc.270601, CSTR:18406.11.Hydro.tpdc.270601, </w:t>
      </w:r>
      <w:r>
        <w:t>2017</w:t>
      </w:r>
      <w:r>
        <w:t>.[</w:t>
      </w:r>
      <w:r>
        <w:t xml:space="preserve">MA  Rui. The monitoring data of soil and groundwater temperature in Hulugou Watershed from 2016 May to 2016 September. National Tibetan Plateau Data Center, DOI:10.11888/Hydro.tpdc.270601, CSTR:18406.11.Hydro.tpdc.270601,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马瑞,孙自永,王烁,葛孟琰,龙翔. 2016年5-9月葫芦沟小流域土壤和地下水温度监测数据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