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祁连山综合观测网：兰州大学寒旱区科学观测网络CARN（连城站涡动相关仪-2020）</w:t>
      </w:r>
    </w:p>
    <w:p>
      <w:r>
        <w:rPr>
          <w:sz w:val="22"/>
        </w:rPr>
        <w:t>英文标题：Cold and Arid Research Network of Lanzhou university (eddy covariance system of Liancheng station,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9月14日至2020年12月31日的兰州大学寒旱区科学观测网络连城站涡动相关仪观测数据，该站由于设备损坏，本年度数据缺失严重。站点位于甘肃永登连城吐鲁沟国家森林公园吐鲁坪，下垫面为森林。观测点的经纬度是102.737E，36.692N，海拔2903m。涡动相关仪的架高4m，采样频率是10Hz，超声朝向是正北向，超声风速温度仪（CSAT3）与CO2/H2O分析仪（Li7500A）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较插补数据好）；9数据质量差）。数据时间的含义，如0:30代表0:00-0:30的平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大气放射性物质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连城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东：102.737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2020-09-13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赵长明, 张仁懿. 祁连山综合观测网：兰州大学寒旱区科学观测网络CARN（连城站涡动相关仪-2020）. 国家青藏高原科学数据中心, DOI:10.11888/Meteoro.tpdc.271608, CSTR:18406.11.Meteoro.tpdc.271608, </w:t>
      </w:r>
      <w:r>
        <w:t>2021</w:t>
      </w:r>
      <w:r>
        <w:t>.[</w:t>
      </w:r>
      <w:r>
        <w:t xml:space="preserve">ZHANG Renyi, ZHAO Changming. Cold and Arid Research Network of Lanzhou university (eddy covariance system of Liancheng station, 2020). National Tibetan Plateau Data Center, DOI:10.11888/Meteoro.tpdc.271608, CSTR:18406.11.Meteoro.tpdc.271608,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赵长明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zhaochm@lzu.edu.cn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张仁懿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zrenyi@lzu.edu.cn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