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“一带一路”沿线34个关键节点区域百米尺度人口格网数据集（2010）（WorldPop1.0)</w:t>
      </w:r>
    </w:p>
    <w:p>
      <w:r>
        <w:rPr>
          <w:sz w:val="22"/>
        </w:rPr>
        <w:t>英文标题：Gridded population with 100m spaital resolution of the 34 key areas along One Belt One Road in 2010(WorldPop1.0)</w:t>
      </w:r>
    </w:p>
    <w:p>
      <w:r>
        <w:rPr>
          <w:sz w:val="32"/>
        </w:rPr>
        <w:t>1、摘要</w:t>
      </w:r>
    </w:p>
    <w:p>
      <w:pPr>
        <w:ind w:firstLine="432"/>
      </w:pPr>
      <w:r>
        <w:rPr>
          <w:sz w:val="22"/>
        </w:rPr>
        <w:t>2010年百米尺度的人口格网数据，每个格网表达该范围内的人口总的数量（单位：人）。该数据来源于英国南安普顿大学地球数据研究所，对该数据进行投影转换、裁剪等处理加工得到“一带一路”沿线34个关键节点区域的百米尺度的人口格网数据。该数据是以行政单元的人口普查数据，通过空间尺度转换得到规则的百米尺度的人口格网数据，每个格网人口是按各行政单元人口和多源辅助数据利用随机森林方法计算得到。人口数据可用于诸多领域，包括城市规划、选举、风险评估、灾害救援、疾病防控、减贫扶贫等。注：该数据仅为初始数据，后续将结合人口普查、建筑物以及GIS遥感等数据进一步加工处理得到更加精确的人口格网数据。</w:t>
      </w:r>
    </w:p>
    <w:p>
      <w:r>
        <w:rPr>
          <w:sz w:val="32"/>
        </w:rPr>
        <w:t>2、关键词</w:t>
      </w:r>
    </w:p>
    <w:p>
      <w:pPr>
        <w:ind w:left="432"/>
      </w:pPr>
      <w:r>
        <w:rPr>
          <w:sz w:val="22"/>
        </w:rPr>
        <w:t>主题关键词：</w:t>
      </w:r>
      <w:r>
        <w:rPr>
          <w:sz w:val="22"/>
        </w:rPr>
        <w:t>人口</w:t>
        <w:br/>
      </w:r>
      <w:r>
        <w:rPr>
          <w:sz w:val="22"/>
        </w:rPr>
        <w:t>学科关键词：</w:t>
      </w:r>
      <w:r>
        <w:rPr>
          <w:sz w:val="22"/>
        </w:rPr>
        <w:t>人地关系</w:t>
        <w:br/>
      </w:r>
      <w:r>
        <w:rPr>
          <w:sz w:val="22"/>
        </w:rPr>
        <w:t>地点关键词：</w:t>
      </w:r>
      <w:r>
        <w:rPr>
          <w:sz w:val="22"/>
        </w:rPr>
        <w:t>泛第三极</w:t>
      </w:r>
      <w:r>
        <w:t xml:space="preserve">, </w:t>
      </w:r>
      <w:r>
        <w:rPr>
          <w:sz w:val="22"/>
        </w:rPr>
        <w:t>“一带一路”</w:t>
        <w:br/>
      </w:r>
      <w:r>
        <w:rPr>
          <w:sz w:val="22"/>
        </w:rPr>
        <w:t>时间关键词：</w:t>
      </w:r>
      <w:r>
        <w:rPr>
          <w:sz w:val="22"/>
        </w:rPr>
        <w:t>2010年</w:t>
      </w:r>
    </w:p>
    <w:p>
      <w:r>
        <w:rPr>
          <w:sz w:val="32"/>
        </w:rPr>
        <w:t>3、数据细节</w:t>
      </w:r>
    </w:p>
    <w:p>
      <w:pPr>
        <w:ind w:left="432"/>
      </w:pPr>
      <w:r>
        <w:rPr>
          <w:sz w:val="22"/>
        </w:rPr>
        <w:t>1.比例尺：None</w:t>
      </w:r>
    </w:p>
    <w:p>
      <w:pPr>
        <w:ind w:left="432"/>
      </w:pPr>
      <w:r>
        <w:rPr>
          <w:sz w:val="22"/>
        </w:rPr>
        <w:t>2.投影：None</w:t>
      </w:r>
    </w:p>
    <w:p>
      <w:pPr>
        <w:ind w:left="432"/>
      </w:pPr>
      <w:r>
        <w:rPr>
          <w:sz w:val="22"/>
        </w:rPr>
        <w:t>3.文件大小：1350.0MB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北：51.0</w:t>
            </w:r>
          </w:p>
        </w:tc>
        <w:tc>
          <w:tcPr>
            <w:tcW w:type="dxa" w:w="2880"/>
          </w:tcPr>
          <w:p>
            <w:r>
              <w:t>-</w:t>
            </w:r>
          </w:p>
        </w:tc>
      </w:tr>
      <w:tr>
        <w:tc>
          <w:tcPr>
            <w:tcW w:type="dxa" w:w="2880"/>
          </w:tcPr>
          <w:p>
            <w:r>
              <w:t>西：11.0</w:t>
            </w:r>
          </w:p>
        </w:tc>
        <w:tc>
          <w:tcPr>
            <w:tcW w:type="dxa" w:w="2880"/>
          </w:tcPr>
          <w:p>
            <w:r>
              <w:t>-</w:t>
            </w:r>
          </w:p>
        </w:tc>
        <w:tc>
          <w:tcPr>
            <w:tcW w:type="dxa" w:w="2880"/>
          </w:tcPr>
          <w:p>
            <w:r>
              <w:t>东：109.0</w:t>
            </w:r>
          </w:p>
        </w:tc>
      </w:tr>
      <w:tr>
        <w:tc>
          <w:tcPr>
            <w:tcW w:type="dxa" w:w="2880"/>
          </w:tcPr>
          <w:p>
            <w:r>
              <w:t>-</w:t>
            </w:r>
          </w:p>
        </w:tc>
        <w:tc>
          <w:tcPr>
            <w:tcW w:type="dxa" w:w="2880"/>
          </w:tcPr>
          <w:p>
            <w:r>
              <w:t>南：2.0</w:t>
            </w:r>
          </w:p>
        </w:tc>
        <w:tc>
          <w:tcPr>
            <w:tcW w:type="dxa" w:w="2880"/>
          </w:tcPr>
          <w:p>
            <w:r>
              <w:t>-</w:t>
            </w:r>
          </w:p>
        </w:tc>
      </w:tr>
    </w:tbl>
    <w:p>
      <w:r>
        <w:rPr>
          <w:sz w:val="32"/>
        </w:rPr>
        <w:t>5、时间范围</w:t>
      </w:r>
      <w:r>
        <w:rPr>
          <w:sz w:val="22"/>
        </w:rPr>
        <w:t>2010-01-15 00:00:00+00:00</w:t>
      </w:r>
      <w:r>
        <w:rPr>
          <w:sz w:val="22"/>
        </w:rPr>
        <w:t>--</w:t>
      </w:r>
      <w:r>
        <w:rPr>
          <w:sz w:val="22"/>
        </w:rPr>
        <w:t>2011-01-14 00:00:00+00:00</w:t>
      </w:r>
    </w:p>
    <w:p>
      <w:r>
        <w:rPr>
          <w:sz w:val="32"/>
        </w:rPr>
        <w:t>6、引用方式</w:t>
      </w:r>
    </w:p>
    <w:p>
      <w:pPr>
        <w:ind w:left="432"/>
      </w:pPr>
      <w:r>
        <w:rPr>
          <w:sz w:val="22"/>
        </w:rPr>
        <w:t xml:space="preserve">数据的引用: </w:t>
      </w:r>
    </w:p>
    <w:p>
      <w:pPr>
        <w:ind w:left="432" w:firstLine="432"/>
      </w:pPr>
      <w:r>
        <w:t xml:space="preserve">葛咏, 李强子, 董文. “一带一路”沿线34个关键节点区域百米尺度人口格网数据集（2010）（WorldPop1.0). 国家青藏高原科学数据中心, DOI:10.11888/Socioeco.tpdc.270354, CSTR:18406.11.Socioeco.tpdc.270354, </w:t>
      </w:r>
      <w:r>
        <w:t>2020</w:t>
      </w:r>
      <w:r>
        <w:t>.[</w:t>
      </w:r>
      <w:r>
        <w:t xml:space="preserve">GE  Yong, DONG   Wen, LI Qiangzi. Gridded population with 100m spaital resolution of the 34 key areas along One Belt One Road in 2010(WorldPop1.0). National Tibetan Plateau Data Center, DOI:10.11888/Socioeco.tpdc.270354, CSTR:18406.11.Socioeco.tpdc.270354, </w:t>
      </w:r>
      <w:r>
        <w:t>2020</w:t>
      </w:r>
      <w:r>
        <w:rPr>
          <w:sz w:val="22"/>
        </w:rPr>
        <w:t>]</w:t>
      </w:r>
    </w:p>
    <w:p>
      <w:pPr>
        <w:ind w:left="432"/>
      </w:pPr>
      <w:r>
        <w:rPr>
          <w:sz w:val="22"/>
        </w:rPr>
        <w:t xml:space="preserve">文章的引用: </w:t>
      </w:r>
    </w:p>
    <w:p>
      <w:pPr>
        <w:ind w:left="864"/>
      </w:pPr>
      <w:r>
        <w:t>Stevens, F.R., Gaughan, A.E., Linard, C., &amp; Tatem, A.J. (2015). Disaggregating Census Data for Population Mapping Using Random Forests with Remotely-Sensed and Ancillary Data. PLOS ONE, 10(2), e0107042. https://doi.org/10.1371/journal.pone.0107042.</w:t>
        <w:br/>
        <w:br/>
      </w:r>
    </w:p>
    <w:p>
      <w:r>
        <w:rPr>
          <w:sz w:val="32"/>
        </w:rPr>
        <w:t>7、资助项目信息</w:t>
      </w:r>
    </w:p>
    <w:p>
      <w:r>
        <w:rPr>
          <w:sz w:val="32"/>
        </w:rPr>
        <w:t>8、数据资源提供者</w:t>
      </w:r>
    </w:p>
    <w:p>
      <w:pPr>
        <w:ind w:left="432"/>
      </w:pPr>
      <w:r>
        <w:rPr>
          <w:sz w:val="22"/>
        </w:rPr>
        <w:t xml:space="preserve">姓名: </w:t>
      </w:r>
      <w:r>
        <w:rPr>
          <w:sz w:val="22"/>
        </w:rPr>
        <w:t>葛咏</w:t>
        <w:br/>
      </w:r>
      <w:r>
        <w:rPr>
          <w:sz w:val="22"/>
        </w:rPr>
        <w:t xml:space="preserve">单位: </w:t>
      </w:r>
      <w:r>
        <w:rPr>
          <w:sz w:val="22"/>
        </w:rPr>
        <w:t>中国科学院地理科学与资源研究所</w:t>
        <w:br/>
      </w:r>
      <w:r>
        <w:rPr>
          <w:sz w:val="22"/>
        </w:rPr>
        <w:t xml:space="preserve">电子邮件: </w:t>
      </w:r>
      <w:r>
        <w:rPr>
          <w:sz w:val="22"/>
        </w:rPr>
        <w:t>gey@lreis.ac.cn</w:t>
        <w:br/>
        <w:br/>
      </w:r>
      <w:r>
        <w:rPr>
          <w:sz w:val="22"/>
        </w:rPr>
        <w:t xml:space="preserve">姓名: </w:t>
      </w:r>
      <w:r>
        <w:rPr>
          <w:sz w:val="22"/>
        </w:rPr>
        <w:t>李强子</w:t>
        <w:br/>
      </w:r>
      <w:r>
        <w:rPr>
          <w:sz w:val="22"/>
        </w:rPr>
        <w:t xml:space="preserve">单位: </w:t>
      </w:r>
      <w:r>
        <w:rPr>
          <w:sz w:val="22"/>
        </w:rPr>
        <w:t>中科院遥感所</w:t>
        <w:br/>
      </w:r>
      <w:r>
        <w:rPr>
          <w:sz w:val="22"/>
        </w:rPr>
        <w:t xml:space="preserve">电子邮件: </w:t>
      </w:r>
      <w:r>
        <w:rPr>
          <w:sz w:val="22"/>
        </w:rPr>
        <w:t>liqz@radi.ac.cn</w:t>
        <w:br/>
        <w:br/>
      </w:r>
      <w:r>
        <w:rPr>
          <w:sz w:val="22"/>
        </w:rPr>
        <w:t xml:space="preserve">姓名: </w:t>
      </w:r>
      <w:r>
        <w:rPr>
          <w:sz w:val="22"/>
        </w:rPr>
        <w:t>董文</w:t>
        <w:br/>
      </w:r>
      <w:r>
        <w:rPr>
          <w:sz w:val="22"/>
        </w:rPr>
        <w:t xml:space="preserve">单位: </w:t>
      </w:r>
      <w:r>
        <w:rPr>
          <w:sz w:val="22"/>
        </w:rPr>
        <w:t>中科院遥感所</w:t>
        <w:br/>
      </w:r>
      <w:r>
        <w:rPr>
          <w:sz w:val="22"/>
        </w:rPr>
        <w:t xml:space="preserve">电子邮件: </w:t>
      </w:r>
      <w:r>
        <w:rPr>
          <w:sz w:val="22"/>
        </w:rPr>
        <w:t>dongwen01@radi.ac.cn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