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祁连山综合观测网：兰州大学寒旱区科学观测网络CARN（民勤站涡动相关仪-2020）</w:t>
      </w:r>
    </w:p>
    <w:p>
      <w:r>
        <w:rPr>
          <w:sz w:val="22"/>
        </w:rPr>
        <w:t>英文标题：Cold and Arid Research Network of Lanzhou university (eddy covariance system of Minqin station, 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2020年01月01日至2020年12月31日的兰州大学寒旱区科学观测网络民勤站涡动相关仪观测数据。站点位于甘肃省武威市民勤县，地处中国西部地区巴丹吉林沙漠和腾格里沙漠之间。观测点的经纬度是103.668E，39.208N，海拔1020m。涡动相关仪的架高4m，采样频率是10Hz，超声朝向是正北向，超声风速温度仪（CSAT3）与CO2/H2O分析仪（Li7500A）之间的距离是17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10Hz原始数据中每30min内缺失率大于10%的数据。观测数据的平均周期为30分钟，一天48个数据，缺失数据标记为-6999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九级（质量标识1-3数据质量好，4-6数据质量较好，7-8数据质量较差（较插补数据好）；9数据质量差）。数据时间的含义，如0:30代表0:00-0:30的平均；数据以*.xls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石羊河流域</w:t>
      </w:r>
      <w:r>
        <w:t xml:space="preserve">, </w:t>
      </w:r>
      <w:r>
        <w:rPr>
          <w:sz w:val="22"/>
        </w:rPr>
        <w:t>民勤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3.文件大小：3.19MB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北：39.208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西：103.668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东：103.668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南：39.208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赵长明, 张仁懿. 祁连山综合观测网：兰州大学寒旱区科学观测网络CARN（民勤站涡动相关仪-2020）. 国家青藏高原科学数据中心, DOI:10.11888/Meteoro.tpdc.271478, CSTR:18406.11.Meteoro.tpdc.271478, </w:t>
      </w:r>
      <w:r>
        <w:t>2021</w:t>
      </w:r>
      <w:r>
        <w:t>.[</w:t>
      </w:r>
      <w:r>
        <w:t xml:space="preserve">ZHANG Renyi, ZHAO Changming. Cold and Arid Research Network of Lanzhou university (eddy covariance system of Minqin station, 2020). National Tibetan Plateau Data Center, DOI:10.11888/Meteoro.tpdc.271478, CSTR:18406.11.Meteoro.tpdc.271478,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赵长明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zhaochm@lzu.edu.cn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张仁懿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zrenyi@lzu.edu.cn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