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青海省全部独立核算工业企业主要财务和经济效益指标（1993-2000）</w:t>
      </w:r>
    </w:p>
    <w:p>
      <w:r>
        <w:rPr>
          <w:sz w:val="22"/>
        </w:rPr>
        <w:t>英文标题：Main financial and economic benefit indexes of all independent accounting industrial enterprises in Qinghai Province (1993-2000)</w:t>
      </w:r>
    </w:p>
    <w:p>
      <w:r>
        <w:rPr>
          <w:sz w:val="32"/>
        </w:rPr>
        <w:t>1、摘要</w:t>
      </w:r>
    </w:p>
    <w:p>
      <w:pPr>
        <w:ind w:firstLine="432"/>
      </w:pPr>
      <w:r>
        <w:rPr>
          <w:sz w:val="22"/>
        </w:rPr>
        <w:t>该数据集记录了青海省全部独立核算工业企业主要财务和经济效益指标，数据是按工业企业主要财务和经济效益指标进行划分的。数据整理自青海省统计局发布的青海省统计年鉴。数据集包含3个数据表，分别为:</w:t>
        <w:br/>
        <w:t>全部独立核算工业企业主要财务和经济效益指标1993-1998年.xls</w:t>
        <w:br/>
        <w:t>全部独立核算工业企业主要财务和经济效益指标1994-1999年.xls</w:t>
        <w:br/>
        <w:t>工业企业主要财务和经济效益指标1995-2000年.xls，</w:t>
        <w:br/>
        <w:t>数据表结构相同。例如工业企业主要财务和经济效益指标1995-2000年数据表共有9个字段：</w:t>
        <w:br/>
        <w:t>字段1：指标</w:t>
        <w:br/>
        <w:t>字段2：单位</w:t>
        <w:br/>
        <w:t>字段3：1994年</w:t>
        <w:br/>
        <w:t>字段4：1995年</w:t>
        <w:br/>
        <w:t>字段5：1996年</w:t>
        <w:br/>
        <w:t>字段6：1997年</w:t>
        <w:br/>
        <w:t>字段7：1998年</w:t>
        <w:br/>
        <w:t>字段8：1999年</w:t>
        <w:br/>
        <w:t>字段9：2000年</w:t>
      </w:r>
    </w:p>
    <w:p>
      <w:r>
        <w:rPr>
          <w:sz w:val="32"/>
        </w:rPr>
        <w:t>2、关键词</w:t>
      </w:r>
    </w:p>
    <w:p>
      <w:pPr>
        <w:ind w:left="432"/>
      </w:pPr>
      <w:r>
        <w:rPr>
          <w:sz w:val="22"/>
        </w:rPr>
        <w:t>主题关键词：</w:t>
      </w:r>
      <w:r>
        <w:rPr>
          <w:sz w:val="22"/>
        </w:rPr>
        <w:t>财务指标</w:t>
      </w:r>
      <w:r>
        <w:t>,</w:t>
      </w:r>
      <w:r>
        <w:rPr>
          <w:sz w:val="22"/>
        </w:rPr>
        <w:t>社会经济</w:t>
      </w:r>
      <w:r>
        <w:t>,</w:t>
      </w:r>
      <w:r>
        <w:rPr>
          <w:sz w:val="22"/>
        </w:rPr>
        <w:t>经济指标</w:t>
        <w:br/>
      </w:r>
      <w:r>
        <w:rPr>
          <w:sz w:val="22"/>
        </w:rPr>
        <w:t>学科关键词：</w:t>
      </w:r>
      <w:r>
        <w:rPr>
          <w:sz w:val="22"/>
        </w:rPr>
        <w:t>人地关系</w:t>
        <w:br/>
      </w:r>
      <w:r>
        <w:rPr>
          <w:sz w:val="22"/>
        </w:rPr>
        <w:t>地点关键词：</w:t>
      </w:r>
      <w:r>
        <w:rPr>
          <w:sz w:val="22"/>
        </w:rPr>
        <w:t>青海</w:t>
        <w:br/>
      </w:r>
      <w:r>
        <w:rPr>
          <w:sz w:val="22"/>
        </w:rPr>
        <w:t>时间关键词：</w:t>
      </w:r>
      <w:r>
        <w:rPr>
          <w:sz w:val="22"/>
        </w:rPr>
        <w:t>1993-2000</w:t>
      </w:r>
    </w:p>
    <w:p>
      <w:r>
        <w:rPr>
          <w:sz w:val="32"/>
        </w:rPr>
        <w:t>3、数据细节</w:t>
      </w:r>
    </w:p>
    <w:p>
      <w:pPr>
        <w:ind w:left="432"/>
      </w:pPr>
      <w:r>
        <w:rPr>
          <w:sz w:val="22"/>
        </w:rPr>
        <w:t>1.比例尺：None</w:t>
      </w:r>
    </w:p>
    <w:p>
      <w:pPr>
        <w:ind w:left="432"/>
      </w:pPr>
      <w:r>
        <w:rPr>
          <w:sz w:val="22"/>
        </w:rPr>
        <w:t>2.投影：None</w:t>
      </w:r>
    </w:p>
    <w:p>
      <w:pPr>
        <w:ind w:left="432"/>
      </w:pPr>
      <w:r>
        <w:rPr>
          <w:sz w:val="22"/>
        </w:rPr>
        <w:t>3.文件大小：0.078MB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1992-12-31 16:00:00+00:00</w:t>
      </w:r>
      <w:r>
        <w:rPr>
          <w:sz w:val="22"/>
        </w:rPr>
        <w:t>--</w:t>
      </w:r>
      <w:r>
        <w:rPr>
          <w:sz w:val="22"/>
        </w:rPr>
        <w:t>2000-12-30 16:00:00+00:00</w:t>
      </w:r>
    </w:p>
    <w:p>
      <w:r>
        <w:rPr>
          <w:sz w:val="32"/>
        </w:rPr>
        <w:t>6、引用方式</w:t>
      </w:r>
    </w:p>
    <w:p>
      <w:pPr>
        <w:ind w:left="432"/>
      </w:pPr>
      <w:r>
        <w:rPr>
          <w:sz w:val="22"/>
        </w:rPr>
        <w:t xml:space="preserve">数据的引用: </w:t>
      </w:r>
    </w:p>
    <w:p>
      <w:pPr>
        <w:ind w:left="432" w:firstLine="432"/>
      </w:pPr>
      <w:r>
        <w:t xml:space="preserve">青海省统计局. 青海省全部独立核算工业企业主要财务和经济效益指标（1993-2000）. 国家青藏高原科学数据中心, </w:t>
      </w:r>
      <w:r>
        <w:t>2021</w:t>
      </w:r>
      <w:r>
        <w:t>.[</w:t>
      </w:r>
      <w:r>
        <w:t xml:space="preserve">Qinghai Provincial Bureau of Statistics. Main financial and economic benefit indexes of all independent accounting industrial enterprises in Qinghai Province (1993-2000).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