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“一带一路”区域土地利用数据（V1.0）（2015）</w:t>
      </w:r>
    </w:p>
    <w:p>
      <w:r>
        <w:rPr>
          <w:sz w:val="22"/>
        </w:rPr>
        <w:t>英文标题：Land cover data of the Belt and Road's region (Version 1.0)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基于2015年欧空局全球陆地覆盖数据（ESA CCI-LC，300m栅格），结合清华大学全球土地覆被数据（FROM-GLC，30m栅格）、美国NASA的MODIS全球土地覆被数据（MCD12Q1，300m栅格）、美国地质调查局USGS的全球耕地数据（GFSAD30，30m）、日本全球林地数据的（PALSAR/PALSAR-2，25m），构建了“一带一路”区域LUCC分类系统以及其余数据分类系统的转换规则，构建土地覆被分类置信度函数和地类融合规则，进行土地覆被产品融合与修正，完成了“一带一路”区域土地利用数据V1.0（64+1个国家，2015，1 km×1 km栅格，一级分类）。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16:00:00+00:00</w:t>
      </w:r>
      <w:r>
        <w:rPr>
          <w:sz w:val="22"/>
        </w:rPr>
        <w:t>--</w:t>
      </w:r>
      <w:r>
        <w:rPr>
          <w:sz w:val="22"/>
        </w:rPr>
        <w:t>2016-01-12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许尔琪. “一带一路”区域土地利用数据（V1.0）（2015）. 国家青藏高原科学数据中心, DOI:10.11888/Ecolo.tpdc.270504, CSTR:18406.11.Ecolo.tpdc.270504, </w:t>
      </w:r>
      <w:r>
        <w:t>2019</w:t>
      </w:r>
      <w:r>
        <w:t>.[</w:t>
      </w:r>
      <w:r>
        <w:t xml:space="preserve">XU Erqi. Land cover data of the Belt and Road's region (Version 1.0) (2015). National Tibetan Plateau Data Center, DOI:10.11888/Ecolo.tpdc.270504, CSTR:18406.11.Ecolo.tpdc.270504,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许尔琪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xueq@igsnrr.ac.cn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