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青海省以工代赈投资情况（1999-2002）</w:t>
      </w:r>
    </w:p>
    <w:p>
      <w:r>
        <w:rPr>
          <w:sz w:val="22"/>
        </w:rPr>
        <w:t>英文标题：Investment in work relief in Qinghai Province (1999-2002)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1999年-2002年青海省以工代赈投资情况，数据是按年份进行划分的，统计指标包括：农田水利、人畜饮水、林业、草原建设、地方道路、异地扶贫、小流域治理、雨水集流工程、以工代赈项目管理费等。数据整理自青海省统计局发布的青海省统计年鉴。数据集包含2个数据表，分别为：以工代赈投资情况1999-2001年.xls，以工代赈投资情况1999-2002年.xls。数据表结构相同。例如1999-2001年的数据表共有4个字段：</w:t>
        <w:br/>
        <w:t>字段1：指标</w:t>
        <w:br/>
        <w:t>字段2：1999</w:t>
        <w:br/>
        <w:t>字段3：2000</w:t>
        <w:br/>
        <w:t>字段4：2001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以工代赈投资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青海省以工代赈投资情况（1999-2002）. 国家青藏高原科学数据中心, </w:t>
      </w:r>
      <w:r>
        <w:t>2021</w:t>
      </w:r>
      <w:r>
        <w:t>.[</w:t>
      </w:r>
      <w:r>
        <w:t xml:space="preserve">Qinghai Provincial Bureau of Statistics. Investment in work relief in Qinghai Province (1999-2002).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