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柴达木河1:25万流域铁路分布数据集（2000）</w:t>
      </w:r>
    </w:p>
    <w:p>
      <w:r>
        <w:rPr>
          <w:sz w:val="22"/>
        </w:rPr>
        <w:t>英文标题：1:250000 railway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数据为柴达木河流域铁路分布图，比例尺25000，经纬度坐标，数据包括空间数据和属性数据，属性字段：code（铁路编码）。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柴达木河1:25万流域铁路分布数据集（2000）. 国家青藏高原科学数据中心, </w:t>
      </w:r>
      <w:r>
        <w:t>2013</w:t>
      </w:r>
      <w:r>
        <w:t>.[</w:t>
      </w:r>
      <w:r>
        <w:t xml:space="preserve">National Basic Geographic Information Center. 1:250000 railway distribution data 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