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青海省保险业务基本情况（1998-2020）</w:t>
      </w:r>
    </w:p>
    <w:p>
      <w:r>
        <w:rPr>
          <w:sz w:val="22"/>
        </w:rPr>
        <w:t>英文标题：Basic situation of insurance business in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-2020年青海省保险业务基本情况的统计数据，数据按财产保险费收入、人寿保险保费收入、财产保险赔款支出、人寿保险赔款支出等划分的。数据整理自青海省统计局发布的青海省统计年鉴。数据集包含25个数据表，分别为：</w:t>
        <w:br/>
        <w:t>保险业务基本情况1998年.xls，保险业务基本情况1999年.xls，保险业务基本情况2000-2001年.xls，保险业务基本情况2000年.xls，保险业务基本情况2001-2002年.xls，保险业务基本情况2002-2003.xls， 保险业务基本情况2003-2005年.xls，保险业务基本情况20042006年.xls，保险业务基本情况2004年.xls，保险业务基本情况20052007年.xls，保险业务基本情况20052008年.xls，保险业务基本情况2006-2009年.xls，保险业务基本情况2006-2010年.xls，保险业务基本情况2006-2011年.xls，保险业务基本情况2006-2012年.xls，保险业务基本情况2008-2013年.xls，保险业务基本情况2010-2014年.xls，保险业务基本情况2010-2015年.xls，保险业务基本情况2011-2016年.xls，保险业务基本情况2012-2017年.xls，保险业务基本情况2013-2018年.xls、青海省保险业务基本情况（2013－2019）.xls、青海省保险业务基本情况（2013－2019）1.xls、青海省保险业务基本情况（2015－2020）.xls、青海省保险业务基本情况（2015－2020）1.xls。数据表结构相同。例如1998年的数据表共有4个字段：</w:t>
        <w:br/>
        <w:t>字段1：年份</w:t>
        <w:br/>
        <w:t>字段2：金额</w:t>
        <w:br/>
        <w:t>字段3：项目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保险业务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青海省保险业务基本情况（1998-2020）. 国家青藏高原科学数据中心, </w:t>
      </w:r>
      <w:r>
        <w:t>2021</w:t>
      </w:r>
      <w:r>
        <w:t>.[</w:t>
      </w:r>
      <w:r>
        <w:t xml:space="preserve">Qinghai Provincial Bureau of Statistics. Basic situation of insurance business in Qinghai Province (1998-2020).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