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甘肃省1:100万湿地数据（2000）</w:t>
      </w:r>
    </w:p>
    <w:p>
      <w:r>
        <w:rPr>
          <w:sz w:val="22"/>
        </w:rPr>
        <w:t>英文标题：1:1 million wetland data of Gansu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该数据由“中国1:100万湿地数据”剪裁而来，得到甘肃省100万湿地数据。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甘肃省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甘肃省1:100万湿地数据（2000）. 国家青藏高原科学数据中心, </w:t>
      </w:r>
      <w:r>
        <w:t>2015</w:t>
      </w:r>
      <w:r>
        <w:t>.[</w:t>
      </w:r>
      <w:r>
        <w:t xml:space="preserve">ZHANG  Shuqing. 1:1 million wetland data of Gansu province (2000).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