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祁连山综合观测网：黑河流域地表过程综合观测网（阿柔超级站大孔径闪烁仪-2018）</w:t>
      </w:r>
    </w:p>
    <w:p>
      <w:r>
        <w:rPr>
          <w:sz w:val="22"/>
        </w:rPr>
        <w:t>英文标题：Qilian mountains integrated observatory network: Dataset of Heihe integrated observatory network (large aperture scintillometer of A'rou superstation, 2018)</w:t>
      </w:r>
    </w:p>
    <w:p>
      <w:r>
        <w:rPr>
          <w:sz w:val="32"/>
        </w:rPr>
        <w:t>1、摘要</w:t>
      </w:r>
    </w:p>
    <w:p>
      <w:pPr>
        <w:ind w:firstLine="432"/>
      </w:pPr>
      <w:r>
        <w:rPr>
          <w:sz w:val="22"/>
        </w:rPr>
        <w:t>该数据集包含了黑河流域地表过程综合观测网上游阿柔站的大孔径闪烁仪通量观测数据。上游阿柔站分别架设了BLS450和zzlas型号的大孔径闪烁仪，北塔为zzlas的接收端和BLS450的发射端，南塔为zzlas的发射端和BLS450的接收端。观测时间为2018年1月1日至2018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gt;7.25E-14，zzlas：Cn2&gt;7.84 E-14）；（2）剔除解调信号强度较弱的数据（BLS450：Mininum X Intensity &lt;50；zzlas：Demod&gt;-20mv）；（3）剔除降水时刻的数据；（4）剔除稳定条件下的弱湍流的数据（u*小于0.1m/s）。在迭代计算过程中，对于BLS450，选取Thiermann and Grassl(1992)的稳定度普适函数；对于zzlas，选取Andreas, 1988的稳定度普适函数，详细介绍请参考Liu et al. (2011, 2013)。由于仪器故障，2018年7月5日-8月24日大孔径闪烁仪数据缺失。</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上游寒区水文试验区</w:t>
      </w:r>
      <w:r>
        <w:t xml:space="preserve">, </w:t>
      </w:r>
      <w:r>
        <w:rPr>
          <w:sz w:val="22"/>
        </w:rPr>
        <w:t>阿柔超级站</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3.文件大小：0.51MB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北：38.057</w:t>
            </w:r>
          </w:p>
        </w:tc>
        <w:tc>
          <w:tcPr>
            <w:tcW w:type="dxa" w:w="2880"/>
          </w:tcPr>
          <w:p>
            <w:r>
              <w:t>-</w:t>
            </w:r>
          </w:p>
        </w:tc>
      </w:tr>
      <w:tr>
        <w:tc>
          <w:tcPr>
            <w:tcW w:type="dxa" w:w="2880"/>
          </w:tcPr>
          <w:p>
            <w:r>
              <w:t>西：100.471</w:t>
            </w:r>
          </w:p>
        </w:tc>
        <w:tc>
          <w:tcPr>
            <w:tcW w:type="dxa" w:w="2880"/>
          </w:tcPr>
          <w:p>
            <w:r>
              <w:t>-</w:t>
            </w:r>
          </w:p>
        </w:tc>
        <w:tc>
          <w:tcPr>
            <w:tcW w:type="dxa" w:w="2880"/>
          </w:tcPr>
          <w:p>
            <w:r>
              <w:t>东：100.471</w:t>
            </w:r>
          </w:p>
        </w:tc>
      </w:tr>
      <w:tr>
        <w:tc>
          <w:tcPr>
            <w:tcW w:type="dxa" w:w="2880"/>
          </w:tcPr>
          <w:p>
            <w:r>
              <w:t>-</w:t>
            </w:r>
          </w:p>
        </w:tc>
        <w:tc>
          <w:tcPr>
            <w:tcW w:type="dxa" w:w="2880"/>
          </w:tcPr>
          <w:p>
            <w:r>
              <w:t>南：38.038</w:t>
            </w:r>
          </w:p>
        </w:tc>
        <w:tc>
          <w:tcPr>
            <w:tcW w:type="dxa" w:w="2880"/>
          </w:tcPr>
          <w:p>
            <w:r>
              <w:t>-</w:t>
            </w:r>
          </w:p>
        </w:tc>
      </w:tr>
    </w:tbl>
    <w:p>
      <w:r>
        <w:rPr>
          <w:sz w:val="32"/>
        </w:rPr>
        <w:t>5、时间范围</w:t>
      </w:r>
      <w:r>
        <w:rPr>
          <w:sz w:val="22"/>
        </w:rPr>
        <w:t>2018-01-18 08:00:00+00:00</w:t>
      </w:r>
      <w:r>
        <w:rPr>
          <w:sz w:val="22"/>
        </w:rPr>
        <w:t>--</w:t>
      </w:r>
      <w:r>
        <w:rPr>
          <w:sz w:val="22"/>
        </w:rPr>
        <w:t>2019-01-17 08:00:00+00:00</w:t>
      </w:r>
    </w:p>
    <w:p>
      <w:r>
        <w:rPr>
          <w:sz w:val="32"/>
        </w:rPr>
        <w:t>6、引用方式</w:t>
      </w:r>
    </w:p>
    <w:p>
      <w:pPr>
        <w:ind w:left="432"/>
      </w:pPr>
      <w:r>
        <w:rPr>
          <w:sz w:val="22"/>
        </w:rPr>
        <w:t xml:space="preserve">数据的引用: </w:t>
      </w:r>
    </w:p>
    <w:p>
      <w:pPr>
        <w:ind w:left="432" w:firstLine="432"/>
      </w:pPr>
      <w:r>
        <w:t xml:space="preserve">李新, 车涛, 徐自为, 张阳, 谭俊磊. 祁连山综合观测网：黑河流域地表过程综合观测网（阿柔超级站大孔径闪烁仪-2018）. 国家青藏高原科学数据中心, DOI:10.11888/Meteoro.tpdc.270767, CSTR:18406.11.Meteoro.tpdc.270767, </w:t>
      </w:r>
      <w:r>
        <w:t>2019</w:t>
      </w:r>
      <w:r>
        <w:t>.[</w:t>
      </w:r>
      <w:r>
        <w:t xml:space="preserve">TAN  Junlei, LI Xin, CHE Tao, XU Ziwei, ZHANG Yang. Qilian mountains integrated observatory network: Dataset of Heihe integrated observatory network (large aperture scintillometer of A'rou superstation, 2018). National Tibetan Plateau Data Center, DOI:10.11888/Meteoro.tpdc.270767, CSTR:18406.11.Meteoro.tpdc.270767,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