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黑河山区葫芦沟流域10m气象梯度数据集（2011）</w:t>
      </w:r>
    </w:p>
    <w:p>
      <w:r>
        <w:rPr>
          <w:sz w:val="22"/>
        </w:rPr>
        <w:t>英文标题：Dataset of temperature obtained from 10m meteorological tower with 4 levels in Hulugou sub-basin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10月1日—2011年12月31日日尺度气象梯度数据(2011年9月底安装)。VG1000梯度观测系统观测始于2011年10月1日，每30mins记录一次数据，最终生成日尺度数据。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近地面气温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2011年10月1日—2011年12月31日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2011-10-13 21:22:00+00:00</w:t>
      </w:r>
      <w:r>
        <w:rPr>
          <w:sz w:val="22"/>
        </w:rPr>
        <w:t>--</w:t>
      </w:r>
      <w:r>
        <w:rPr>
          <w:sz w:val="22"/>
        </w:rPr>
        <w:t>2012-01-12 21:22:00+00:00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陈仁升. 黑河山区葫芦沟流域10m气象梯度数据集（2011）. 国家青藏高原科学数据中心, DOI:10.3972/heihe.074.2013.db, CSTR:18406.11.heihe.074.2013.db, </w:t>
      </w:r>
      <w:r>
        <w:t>2015</w:t>
      </w:r>
      <w:r>
        <w:t>.[</w:t>
      </w:r>
      <w:r>
        <w:t xml:space="preserve">HAN  Chuntan, CHEN  Rensheng. Dataset of temperature obtained from 10m meteorological tower with 4 levels in Hulugou sub-basin of the Heihe River Basin (2011). National Tibetan Plateau Data Center, DOI:10.3972/heihe.074.2013.db, CSTR:18406.11.heihe.074.2013.db,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