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青海省主要年份城镇登记失业人员变化情况（1980-2020）</w:t>
      </w:r>
    </w:p>
    <w:p>
      <w:r>
        <w:rPr>
          <w:sz w:val="22"/>
        </w:rPr>
        <w:t>英文标题：Changes of urban registered unemployed persons in Main Years of Qinghai Province (1980-2020)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1980-2020年青海省主要年份城镇登记失业人员变化情况的统计数据，数据是按年份进行划分的。数据整理自青海省统计局发布的青海省统计年鉴。数据集包含个数据表，各数据表结构相同。例如2018年的数据表共有7个字段：</w:t>
        <w:br/>
        <w:t>字段1：年份</w:t>
        <w:br/>
        <w:t>字段2：失业人员总数</w:t>
        <w:br/>
        <w:t>字段3：上年结转人数</w:t>
        <w:br/>
        <w:t>字段4：本年新增加人数</w:t>
        <w:br/>
        <w:t>字段5：本年度安排失业人员就业的人数</w:t>
        <w:br/>
        <w:t>字段6：本年末实有失业人员数</w:t>
        <w:br/>
        <w:t>字段7：城镇登记失业率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青海省主要年份城镇登记失业人员变化情况（1980-2020）. 国家青藏高原科学数据中心, </w:t>
      </w:r>
      <w:r>
        <w:t>2021</w:t>
      </w:r>
      <w:r>
        <w:t>.[</w:t>
      </w:r>
      <w:r>
        <w:t xml:space="preserve">Qinghai Provincial Bureau of Statistics. Changes of urban registered unemployed persons in Main Years of Qinghai Province (1980-2020).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