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西藏自治区境内海拔5000米以上的湖泊（1988-2016）</w:t>
      </w:r>
    </w:p>
    <w:p>
      <w:r>
        <w:rPr>
          <w:sz w:val="22"/>
        </w:rPr>
        <w:t>英文标题：The lakes above 5000 m in Tibet Autonomous Region (1988-2016)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包含了西藏地区1988-2016年海拔5000米以上的湖泊数据。数据整理自统计年鉴： 《西藏社会经济统计年鉴》和《西藏统计年鉴》，精度同数据所摘取的统计年鉴。</w:t>
        <w:br/>
        <w:t>数据表共有5个字段</w:t>
        <w:br/>
        <w:t>字段1：年份</w:t>
        <w:br/>
        <w:t>字段2：湖泊名称</w:t>
        <w:br/>
        <w:t>字段3：湖面海拔  米</w:t>
        <w:br/>
        <w:t>字段4：湖面面积  平方公里</w:t>
        <w:br/>
        <w:t>字段5：湖泊类型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海拔5000米以上</w:t>
      </w:r>
      <w:r>
        <w:t xml:space="preserve">, </w:t>
      </w:r>
      <w:r>
        <w:rPr>
          <w:sz w:val="22"/>
        </w:rPr>
        <w:t>湖泊</w:t>
        <w:br/>
      </w:r>
      <w:r>
        <w:rPr>
          <w:sz w:val="22"/>
        </w:rPr>
        <w:t>学科关键词：</w:t>
      </w:r>
      <w:r>
        <w:rPr>
          <w:sz w:val="22"/>
        </w:rPr>
        <w:t>水文学</w:t>
      </w:r>
      <w:r>
        <w:t xml:space="preserve">, </w:t>
      </w:r>
      <w:r>
        <w:rPr>
          <w:sz w:val="22"/>
        </w:rPr>
        <w:t>自然地理学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西藏自治区</w:t>
        <w:br/>
      </w:r>
      <w:r>
        <w:rPr>
          <w:sz w:val="22"/>
        </w:rPr>
        <w:t>时间关键词：</w:t>
      </w:r>
      <w:r>
        <w:rPr>
          <w:sz w:val="22"/>
        </w:rPr>
        <w:t>1988-2016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1988-01-08 16:00:00+00:00</w:t>
      </w:r>
      <w:r>
        <w:rPr>
          <w:sz w:val="22"/>
        </w:rPr>
        <w:t>--</w:t>
      </w:r>
      <w:r>
        <w:rPr>
          <w:sz w:val="22"/>
        </w:rPr>
        <w:t>2017-01-07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国家统计局. 西藏自治区境内海拔5000米以上的湖泊（1988-2016）. 国家青藏高原科学数据中心, </w:t>
      </w:r>
      <w:r>
        <w:t>2018</w:t>
      </w:r>
      <w:r>
        <w:t>.[</w:t>
      </w:r>
      <w:r>
        <w:t xml:space="preserve">National Bureau of Statistics. The lakes above 5000 m in Tibet Autonomous Region (1988-2016). National Tibetan Plateau Data Center,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国家统计局</w:t>
        <w:br/>
      </w:r>
      <w:r>
        <w:rPr>
          <w:sz w:val="22"/>
        </w:rPr>
        <w:t xml:space="preserve">单位: </w:t>
      </w:r>
      <w:r>
        <w:rPr>
          <w:sz w:val="22"/>
        </w:rPr>
        <w:t>国家统计局</w:t>
        <w:br/>
      </w:r>
      <w:r>
        <w:rPr>
          <w:sz w:val="22"/>
        </w:rPr>
        <w:t xml:space="preserve">电子邮件: </w:t>
      </w:r>
      <w:r>
        <w:rPr>
          <w:sz w:val="22"/>
        </w:rPr>
        <w:t>wgsjsys@stats.gov.cn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