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青藏高原Landsat系列卫星遥感植被覆盖度（FVC）产品（1980s-2019）</w:t>
      </w:r>
    </w:p>
    <w:p>
      <w:r>
        <w:rPr>
          <w:sz w:val="22"/>
        </w:rPr>
        <w:t>英文标题：Landsat fractional vegetation cover (FVC) products over the Tibetan Plateau (1980s-2019)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1）数据内容：本数据集包含从1980s-2019年青藏高原地区Landsat长时序FVC产品。2）数据来源及加工方法：主要是在青藏高原Landsat系列卫星地表反射率数据集的基础上，通过NDVI的像元二分模型进行反演的，裸土的NDVI值设为0.01，纯植被的NDVI值设为0.88；3）数据质量描述：为了标识云、冰雪，并相应生产了质量标识文件（QA）。4) 数据应用成果及前景：植被覆盖度是生态学的重要参数，广泛应用于生态环境监测研究。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沙漠/荒漠</w:t>
        <w:br/>
      </w:r>
      <w:r>
        <w:rPr>
          <w:sz w:val="22"/>
        </w:rPr>
        <w:t>学科关键词：</w:t>
      </w:r>
      <w:r>
        <w:rPr>
          <w:sz w:val="22"/>
        </w:rPr>
        <w:t>陆地表层</w:t>
      </w:r>
      <w:r>
        <w:t>,</w:t>
      </w:r>
      <w:r>
        <w:rPr>
          <w:sz w:val="22"/>
        </w:rPr>
        <w:t>遥感</w:t>
        <w:br/>
      </w:r>
      <w:r>
        <w:rPr>
          <w:sz w:val="22"/>
        </w:rPr>
        <w:t>地点关键词：</w:t>
      </w:r>
      <w:r>
        <w:rPr>
          <w:sz w:val="22"/>
        </w:rPr>
        <w:t>青藏高原</w:t>
        <w:br/>
      </w:r>
      <w:r>
        <w:rPr>
          <w:sz w:val="22"/>
        </w:rPr>
        <w:t>时间关键词：</w:t>
      </w:r>
      <w:r>
        <w:rPr>
          <w:sz w:val="22"/>
        </w:rPr>
        <w:t>1980s-2019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2.投影：UTM</w:t>
      </w:r>
    </w:p>
    <w:p>
      <w:pPr>
        <w:ind w:left="432"/>
      </w:pPr>
      <w:r>
        <w:rPr>
          <w:sz w:val="22"/>
        </w:rPr>
        <w:t>3.文件大小：1197824.0MB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北：40.4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西：73.4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东：106.7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南：24.6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None</w:t>
      </w:r>
      <w:r>
        <w:rPr>
          <w:sz w:val="22"/>
        </w:rPr>
        <w:t>--</w:t>
      </w:r>
      <w:r>
        <w:rPr>
          <w:sz w:val="22"/>
        </w:rPr>
        <w:t>None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张兆明. 青藏高原Landsat系列卫星遥感植被覆盖度（FVC）产品（1980s-2019）. 国家青藏高原科学数据中心, DOI:10.11888/Ecolo.tpdc.271721, CSTR:18406.11.Ecolo.tpdc.271721, </w:t>
      </w:r>
      <w:r>
        <w:t>2021</w:t>
      </w:r>
      <w:r>
        <w:t>.[</w:t>
      </w:r>
      <w:r>
        <w:t xml:space="preserve">ZHANG   Zhaoming. Landsat fractional vegetation cover (FVC) products over the Tibetan Plateau (1980s-2019). National Tibetan Plateau Data Center, DOI:10.11888/Ecolo.tpdc.271721, CSTR:18406.11.Ecolo.tpdc.271721,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第二次青藏高原综合科学考察研究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张兆明</w:t>
        <w:br/>
      </w:r>
      <w:r>
        <w:rPr>
          <w:sz w:val="22"/>
        </w:rPr>
        <w:t xml:space="preserve">单位: </w:t>
      </w:r>
      <w:r>
        <w:rPr>
          <w:sz w:val="22"/>
        </w:rPr>
        <w:t>中国科学院空天信息创新研究院</w:t>
        <w:br/>
      </w:r>
      <w:r>
        <w:rPr>
          <w:sz w:val="22"/>
        </w:rPr>
        <w:t xml:space="preserve">电子邮件: </w:t>
      </w:r>
      <w:r>
        <w:rPr>
          <w:sz w:val="22"/>
        </w:rPr>
        <w:t>zhangzhaoming@aircas.ac.cn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