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黑河流域张掖市人口数据集（2001-2012）</w:t>
      </w:r>
    </w:p>
    <w:p>
      <w:r>
        <w:rPr>
          <w:sz w:val="22"/>
        </w:rPr>
        <w:t>英文标题：The population dataset of the Zhangye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张掖市2001-2012年人口数据包括：每年人口密度和人口自然增长率，</w:t>
        <w:br/>
        <w:t>数据源： 张掖市统计局.张掖市统计年鉴.2001-2012、甘肃省水利厅.甘肃省水资源公报.2001-2012.张掖市水务局.张掖市水利综合年报.1999-2011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人口密度</w:t>
      </w:r>
      <w:r>
        <w:t>,</w:t>
      </w:r>
      <w:r>
        <w:rPr>
          <w:sz w:val="22"/>
        </w:rPr>
        <w:t>人口增长率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2002-01-09 22:44:00+00:00</w:t>
      </w:r>
      <w:r>
        <w:rPr>
          <w:sz w:val="22"/>
        </w:rPr>
        <w:t>--</w:t>
      </w:r>
      <w:r>
        <w:rPr>
          <w:sz w:val="22"/>
        </w:rPr>
        <w:t>2013-01-09 22:44:00+00:00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黑河流域张掖市人口数据集（2001-2012）. 国家青藏高原科学数据中心, </w:t>
      </w:r>
      <w:r>
        <w:t>2015</w:t>
      </w:r>
      <w:r>
        <w:t>.[</w:t>
      </w:r>
      <w:r>
        <w:t xml:space="preserve">ZHANG  Dawei. The population dataset of the Zhangye (2001-2012).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