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黑河生态水文遥感试验：水文气象观测网数据集（巴吉滩戈壁站自动气象站-2014）</w:t>
      </w:r>
    </w:p>
    <w:p>
      <w:r>
        <w:rPr>
          <w:sz w:val="22"/>
        </w:rPr>
        <w:t>英文标题：HiWATER: Dataset of hydro-meteorological observation network (automatic weather station of Bajitan Gobi Desert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该数据集包含了2014年1月1日至2014年12月31日黑河水文气象观测网中游巴吉滩戈壁站气象要素观测数据，站点位于甘肃省张掖市城西巴吉滩，下垫面是戈壁。观测点的经纬度是100.3042E, 38.9150N，海拔1562m。空气温度、相对湿度传感器架设在5m、10m处，朝向正北；气压计安装在2m处；翻斗式雨量计安装在10m处；风速传感器架设在5m、10m，风向传感器架设在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每天144个数据（每10min），若出现数据的缺失，则由-6999标示；40cm土壤水分在1.1-3.2之间由于传感器的问题，波动相对较大，可作为参考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戈壁站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2014-01-08 00:00:00+00:00</w:t>
      </w:r>
      <w:r>
        <w:rPr>
          <w:sz w:val="22"/>
        </w:rPr>
        <w:t>--</w:t>
      </w:r>
      <w:r>
        <w:rPr>
          <w:sz w:val="22"/>
        </w:rPr>
        <w:t>2015-01-07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黑河生态水文遥感试验：水文气象观测网数据集（巴吉滩戈壁站自动气象站-2014）. 国家青藏高原科学数据中心, DOI:10.3972/hiwater.259.2015.db, CSTR:18406.11.hiwater.259.2015.db, </w:t>
      </w:r>
      <w:r>
        <w:t>2016</w:t>
      </w:r>
      <w:r>
        <w:t>.[</w:t>
      </w:r>
      <w:r>
        <w:t xml:space="preserve">TAN  Junlei, LIU Shaomin, XU Ziwei, LI Xin, CHE Tao, REN Zhiguo. HiWATER: Dataset of hydro-meteorological observation network (automatic weather station of Bajitan Gobi Desert Station, 2014). National Tibetan Plateau Data Center, DOI:10.3972/hiwater.259.2015.db, CSTR:18406.11.hiwater.259.2015.db,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