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青海省林业生产情况（1978-2020）</w:t>
      </w:r>
    </w:p>
    <w:p>
      <w:r>
        <w:rPr>
          <w:sz w:val="22"/>
        </w:rPr>
        <w:t>英文标题：Forestry production in Qinghai Province (1978-2020)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"该数据集记录了1978-2020年青海省林业生产情况统计数据，数据按营林情况、当年造林面积、迹地更新面积、封山育林面积、零星（四旁）植树、育苗面积、幼林抚育作业面积、成林抚育面积、要林产品产量、木材采伐运量等划分的。数据整理自青海省统计局发布的青海省统计年鉴。数据集包含23个数据表，分别为：</w:t>
        <w:br/>
        <w:t>林业生产情况1978-1998年.xls</w:t>
        <w:br/>
        <w:t>林业生产情况1978-1999年.xls</w:t>
        <w:br/>
        <w:t>林业生产情况1978-2000年.xls</w:t>
        <w:br/>
        <w:t>林业生产情况1978-2001年.xls</w:t>
        <w:br/>
        <w:t>林业生产情况1978-2002年.xls</w:t>
        <w:br/>
        <w:t>林业生产情况1978-2003.xls</w:t>
        <w:br/>
        <w:t>林业生产情况2000-2008年.xls</w:t>
        <w:br/>
        <w:t>林业生产情况2004年.xls</w:t>
        <w:br/>
        <w:t>林业生产情况2005-2009年.xls</w:t>
        <w:br/>
        <w:t>林业生产情况2005-2010年.xls</w:t>
        <w:br/>
        <w:t>林业生产情况2005-2011年.xls</w:t>
        <w:br/>
        <w:t>林业生产情况2006年.xls</w:t>
        <w:br/>
        <w:t>林业生产情况2007-2012年.xls</w:t>
        <w:br/>
        <w:t>林业生产情况2007年.xls</w:t>
        <w:br/>
        <w:t>林业生产情况2008-2013年.xls</w:t>
        <w:br/>
        <w:t>林业生产情况2008-2014年.xls</w:t>
        <w:br/>
        <w:t>林业生产情况2008年.xls</w:t>
        <w:br/>
        <w:t>林业生产情况2010-2015年.xls</w:t>
        <w:br/>
        <w:t>林业生产情况2011-2016年.xls</w:t>
        <w:br/>
        <w:t>林业生产情况2012-2017年.xls</w:t>
        <w:br/>
        <w:t xml:space="preserve">林业生产情况2013-2018年.xls </w:t>
        <w:br/>
        <w:t>林业生产情况2014-2019年.xls</w:t>
        <w:br/>
        <w:t xml:space="preserve">林业生产情况2015-2020年.xls   </w:t>
        <w:br/>
        <w:t>数据表结构相同。例如林业生产情况1978-1998年数据表共有6个字段：</w:t>
        <w:br/>
        <w:t>字段1：指标</w:t>
        <w:br/>
        <w:t>字段2：1978年</w:t>
        <w:br/>
        <w:t>字段3：1990年</w:t>
        <w:br/>
        <w:t>字段4：1994年</w:t>
        <w:br/>
        <w:t>字段5：1996年</w:t>
        <w:br/>
        <w:t>字段6：1997年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林业生产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3.文件大小：0.267MB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青海省林业生产情况（1978-2020）. 国家青藏高原科学数据中心, </w:t>
      </w:r>
      <w:r>
        <w:t>2021</w:t>
      </w:r>
      <w:r>
        <w:t>.[</w:t>
      </w:r>
      <w:r>
        <w:t xml:space="preserve">Qinghai Provincial Bureau of Statistics. Forestry production in Qinghai Province (1978-2020).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