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青海省城镇居民家庭平均每百户年底耐用消费品拥有量（1984-2018）</w:t>
      </w:r>
    </w:p>
    <w:p>
      <w:r>
        <w:rPr>
          <w:sz w:val="22"/>
        </w:rPr>
        <w:t>英文标题：Annual average durable consumer goods ownership per 100 Urban Households in Qinghai Province (1984-2018)</w:t>
      </w:r>
    </w:p>
    <w:p>
      <w:r>
        <w:rPr>
          <w:sz w:val="32"/>
        </w:rPr>
        <w:t>1、摘要</w:t>
      </w:r>
    </w:p>
    <w:p>
      <w:pPr>
        <w:ind w:firstLine="432"/>
      </w:pPr>
      <w:r>
        <w:rPr>
          <w:sz w:val="22"/>
        </w:rPr>
        <w:t>该数据集记录了青海省城镇居民家庭平均每百户年底耐用消费品拥有量，数据是按地区进行划分的。数据整理自青海省统计局发布的青海省统计年鉴。数据集包含21个数据表，各数据表结构相同。例如2007-2018年的数据表共有4个字段：</w:t>
        <w:br/>
        <w:t>字段1：指标</w:t>
        <w:br/>
        <w:t xml:space="preserve">字段2：全体住户 </w:t>
        <w:br/>
        <w:t>字段3：城镇住户</w:t>
        <w:br/>
        <w:t>字段4：农村住户</w:t>
      </w:r>
    </w:p>
    <w:p>
      <w:r>
        <w:rPr>
          <w:sz w:val="32"/>
        </w:rPr>
        <w:t>2、关键词</w:t>
      </w:r>
    </w:p>
    <w:p>
      <w:pPr>
        <w:ind w:left="432"/>
      </w:pPr>
      <w:r>
        <w:rPr>
          <w:sz w:val="22"/>
        </w:rPr>
        <w:t>主题关键词：</w:t>
      </w:r>
      <w:r>
        <w:rPr>
          <w:sz w:val="22"/>
        </w:rPr>
        <w:t>耐用消费品拥有量</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1984-2018</w:t>
      </w:r>
    </w:p>
    <w:p>
      <w:r>
        <w:rPr>
          <w:sz w:val="32"/>
        </w:rPr>
        <w:t>3、数据细节</w:t>
      </w:r>
    </w:p>
    <w:p>
      <w:pPr>
        <w:ind w:left="432"/>
      </w:pPr>
      <w:r>
        <w:rPr>
          <w:sz w:val="22"/>
        </w:rPr>
        <w:t>1.比例尺：None</w:t>
      </w:r>
    </w:p>
    <w:p>
      <w:pPr>
        <w:ind w:left="432"/>
      </w:pPr>
      <w:r>
        <w:rPr>
          <w:sz w:val="22"/>
        </w:rPr>
        <w:t>2.投影：</w:t>
      </w:r>
    </w:p>
    <w:p>
      <w:pPr>
        <w:ind w:left="432"/>
      </w:pPr>
      <w:r>
        <w:rPr>
          <w:sz w:val="22"/>
        </w:rPr>
        <w:t>3.文件大小：0.225MB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1983-12-31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青海省统计局. 青海省城镇居民家庭平均每百户年底耐用消费品拥有量（1984-2018）. 国家青藏高原科学数据中心, </w:t>
      </w:r>
      <w:r>
        <w:t>2021</w:t>
      </w:r>
      <w:r>
        <w:t>.[</w:t>
      </w:r>
      <w:r>
        <w:t xml:space="preserve">Qinghai Provincial Bureau of Statistics. Annual average durable consumer goods ownership per 100 Urban Households in Qinghai Province (1984-2018).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