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祁连山综合观测网：兰州大学寒旱区科学观测网络CARN（民勤站涡动相关仪-2019）</w:t>
      </w:r>
    </w:p>
    <w:p>
      <w:r>
        <w:rPr>
          <w:sz w:val="22"/>
        </w:rPr>
        <w:t>英文标题：Cold and Arid Research Network of Lanzhou university (eddy covariance system of Minqin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8月29日至2019年12月31日的兰州大学寒旱区科学观测网络民勤站涡动相关仪观测数据。站点位于甘肃省武威市民勤县，地处中国西部地区巴丹吉林沙漠和腾格里沙漠之间。观测点的经纬度是103.668E，39.208N，海拔1020m。涡动相关仪的架高4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石羊河流域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西：103.668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东：103.668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2020-03-14 00:00:00+00:00</w:t>
      </w:r>
      <w:r>
        <w:rPr>
          <w:sz w:val="22"/>
        </w:rPr>
        <w:t>--</w:t>
      </w:r>
      <w:r>
        <w:rPr>
          <w:sz w:val="22"/>
        </w:rPr>
        <w:t>2020-07-16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祁连山综合观测网：兰州大学寒旱区科学观测网络CARN（民勤站涡动相关仪-2019）. 国家青藏高原科学数据中心, DOI:10.11888/Meteoro.tpdc.270789, CSTR:18406.11.Meteoro.tpdc.270789, </w:t>
      </w:r>
      <w:r>
        <w:t>2020</w:t>
      </w:r>
      <w:r>
        <w:t>.[</w:t>
      </w:r>
      <w:r>
        <w:t xml:space="preserve">ZHANG Renyi, ZHAO Changming. Cold and Arid Research Network of Lanzhou university (eddy covariance system of Minqin station, 2019). National Tibetan Plateau Data Center, DOI:10.11888/Meteoro.tpdc.270789, CSTR:18406.11.Meteoro.tpdc.270789,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