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柴达木河流域1:25万道路分布数据集（2000）</w:t>
      </w:r>
    </w:p>
    <w:p>
      <w:r>
        <w:rPr>
          <w:sz w:val="22"/>
        </w:rPr>
        <w:t>英文标题：1:250000 road distribution dataset of Qaidam River basin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数据为柴达木河流域道路分布数据集，比例尺：250000，投影：经纬度，主要包括柴达木河流域内主要道路的空间分布及属性数据，属性字段：code（道路编码）、Name(道路分级）。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交通</w:t>
      </w:r>
      <w:r>
        <w:t>,</w:t>
      </w:r>
      <w:r>
        <w:rPr>
          <w:sz w:val="22"/>
        </w:rPr>
        <w:t>交通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柴达木河流域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3.文件大小：0.75MB</w:t>
      </w:r>
    </w:p>
    <w:p>
      <w:pPr>
        <w:ind w:left="432"/>
      </w:pPr>
      <w:r>
        <w:rPr>
          <w:sz w:val="22"/>
        </w:rPr>
        <w:t>4.数据格式：Shapefile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西：87.2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东：99.83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国家基础地理信息中心. 柴达木河流域1:25万道路分布数据集（2000）. 国家青藏高原科学数据中心, </w:t>
      </w:r>
      <w:r>
        <w:t>2013</w:t>
      </w:r>
      <w:r>
        <w:t>.[</w:t>
      </w:r>
      <w:r>
        <w:t xml:space="preserve">National Basic Geographic Information Center. 1:250000 road distribution dataset of Qaidam River basin (2000). National Tibetan Plateau Data Center,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