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叶尔羌河流域人口、城市化、GDP及产业结构预测情景数据（V1.0）（2010-2050）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forecast scenario data of the Yerqiang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2005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城市人口数量由预测的人口数乘以城镇化率求出。数据采用非农业人口。采用logistic模型预测流域未来各县市国民生产总值，然后根据未来各县市各时段经济发展水平（用人均GDP表示）设定各时段相应的产业结构情景，预测各次产业产值。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叶尔羌河流域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2005-01-10 20:34:00+00:00</w:t>
      </w:r>
      <w:r>
        <w:rPr>
          <w:sz w:val="22"/>
        </w:rPr>
        <w:t>--</w:t>
      </w:r>
      <w:r>
        <w:rPr>
          <w:sz w:val="22"/>
        </w:rPr>
        <w:t>2051-01-09 20:34:00+00:00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叶尔羌河流域人口、城市化、GDP及产业结构预测情景数据（V1.0）（2010-2050）. 国家青藏高原科学数据中心, DOI:10.11888/Socio-econ.tpe.0000002.file, CSTR:18406.11.Socio-econ.tpe.0000002.file, </w:t>
      </w:r>
      <w:r>
        <w:t>2018</w:t>
      </w:r>
      <w:r>
        <w:t>.[</w:t>
      </w:r>
      <w:r>
        <w:t xml:space="preserve">YANG Linsheng. Population, urbanization, GDP and industrial structure forecast scenario data of the Yerqiang River Basin (Version 1.0) (2010-2050). National Tibetan Plateau Data Center, DOI:10.11888/Socio-econ.tpe.0000002.file, CSTR:18406.11.Socio-econ.tpe.0000002.file,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  <w:r>
        <w:t>国家发展和改革委员会. (2012). 气候变化对中国的影响评估及其适应对策.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