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青海省能源生产弹性系数（1990-2020）</w:t>
      </w:r>
    </w:p>
    <w:p>
      <w:r>
        <w:rPr>
          <w:sz w:val="22"/>
        </w:rPr>
        <w:t>英文标题：Elasticity coefficient of energy production in Qinghai Province (1990-2020)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"该数据集记录了1990-2020年青海省能源生产弹性系数的统计数据，数据按年份划分的，生产总值增长速度按可比价格计算。数据整理自青海省统计局发布的青海省统计年鉴。数据集包含18个数据表，分别为：</w:t>
        <w:br/>
        <w:t>能源生产弹性系数1990-2001年.xls</w:t>
        <w:br/>
        <w:t>能源生产弹性系数1990-2002年.xls</w:t>
        <w:br/>
        <w:t>能源生产弹性系数1990-2003.xls</w:t>
        <w:br/>
        <w:t>能源生产弹性系数1990-2005年.xls</w:t>
        <w:br/>
        <w:t>能源生产弹性系数1990-2006年.xls</w:t>
        <w:br/>
        <w:t>能源生产弹性系数1990-2007年.xls</w:t>
        <w:br/>
        <w:t>能源生产弹性系数1990-2008年.xls</w:t>
        <w:br/>
        <w:t>能源生产弹性系数1990-2009年.xls</w:t>
        <w:br/>
        <w:t>能源生产弹性系数1990-2010年.xls</w:t>
        <w:br/>
        <w:t>能源生产弹性系数1990-2011年.xls</w:t>
        <w:br/>
        <w:t>能源生产弹性系数1990-2012年.xls</w:t>
        <w:br/>
        <w:t>能源生产弹性系数1990-2013年.xls</w:t>
        <w:br/>
        <w:t>能源生产弹性系数1990-2014年.xls</w:t>
        <w:br/>
        <w:t>能源生产弹性系数1990-2015年.xls</w:t>
        <w:br/>
        <w:t>能源生产弹性系数1990-2016年.xls</w:t>
        <w:br/>
        <w:t>能源生产弹性系数1990-2017年.xls</w:t>
        <w:br/>
        <w:t>能源生产弹性系数1990-2020年.xls</w:t>
        <w:br/>
        <w:t xml:space="preserve">能源生产弹性系数2004年.xls  </w:t>
        <w:br/>
        <w:t>数据表结构相同。例如能源生产弹性系数1990-2001年数据表共有6个字段：</w:t>
        <w:br/>
        <w:t>字段1：年份</w:t>
        <w:br/>
        <w:t>字段2：能源生产比上年增长</w:t>
        <w:br/>
        <w:t>字段3：电力生产比上年增长</w:t>
        <w:br/>
        <w:t>字段4：国内生产总值比上年增长</w:t>
        <w:br/>
        <w:t>字段5：能源生产弹性系数</w:t>
        <w:br/>
        <w:t>字段6：电力生产弹性系数"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弹性系数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能源生产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青海省能源生产弹性系数（1990-2020）. 国家青藏高原科学数据中心, </w:t>
      </w:r>
      <w:r>
        <w:t>2021</w:t>
      </w:r>
      <w:r>
        <w:t>.[</w:t>
      </w:r>
      <w:r>
        <w:t xml:space="preserve">Qinghai Provincial Bureau of Statistics. Elasticity coefficient of energy production in Qinghai Province (1990-2020).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