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青海省民族自治地方国民经济主要指标（1998-2014）</w:t>
      </w:r>
    </w:p>
    <w:p>
      <w:r>
        <w:rPr>
          <w:sz w:val="22"/>
        </w:rPr>
        <w:t>英文标题：Main indicators of national economy of national autonomous areas in Qinghai Province (1998-2014)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民族自治地方国民经济主要指标1998-2014年的统计数据，数据按行业、区域、隶属关系和注册类型等划分的。数据整理自青海省统计局发布的青海省统计年鉴。数据集包含19个数据表，分别为：</w:t>
        <w:br/>
        <w:t>民族自治地区主要经济指标2009年.xls</w:t>
        <w:br/>
        <w:t>民族自治地区主要经济指标2010年.xls</w:t>
        <w:br/>
        <w:t>民族自治地区主要经济指标2010年.xlsx</w:t>
        <w:br/>
        <w:t>民族自治地区主要经济指标2011年.xls</w:t>
        <w:br/>
        <w:t>民族自治地区主要经济指标2012年.xls</w:t>
        <w:br/>
        <w:t>民族自治地区主要经济指标2012年.xlsx</w:t>
        <w:br/>
        <w:t>民族自治地区主要经济指标2013年.xls</w:t>
        <w:br/>
        <w:t>民族自治地区主要经济指标2014年.xls</w:t>
        <w:br/>
        <w:t>民族自治地方主要经济指标2001年.xls</w:t>
        <w:br/>
        <w:t>民族自治地方主要经济指标2006年.xls</w:t>
        <w:br/>
        <w:t>民族自治地方主要经济指标2007年.xls</w:t>
        <w:br/>
        <w:t>民族自治地方主要经济指标2002年.xls</w:t>
        <w:br/>
        <w:t>民族自治地方主要经济指标2004年.xls</w:t>
        <w:br/>
        <w:t>民族自治地方主要经济指标2006年.xls</w:t>
        <w:br/>
        <w:t>民族自治地方主要经济指标2008年.xls</w:t>
        <w:br/>
        <w:t>民族自治地方主要经济指标2003年.xls</w:t>
        <w:br/>
        <w:t>民族自治地方国民经济主要指标1998年.xls</w:t>
        <w:br/>
        <w:t>民族自治地方国民经济主要指标1999年.xls</w:t>
        <w:br/>
        <w:t xml:space="preserve">民族自治地方国民经济主要指标2000年.xls  </w:t>
        <w:br/>
        <w:t>数据表结构相同。例如民族自治地方国民经济主要指标2000年数据表共有4个字段：</w:t>
        <w:br/>
        <w:t>字段1：指标名称</w:t>
        <w:br/>
        <w:t>字段2：单位</w:t>
        <w:br/>
        <w:t>字段3：全省总计</w:t>
        <w:br/>
        <w:t>字段4：自治州县合计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国民经济指标</w:t>
      </w:r>
      <w:r>
        <w:t>,</w:t>
      </w:r>
      <w:r>
        <w:rPr>
          <w:sz w:val="22"/>
        </w:rPr>
        <w:t>民族自治地方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3.文件大小：0.585MB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青海省民族自治地方国民经济主要指标（1998-2014）. 国家青藏高原科学数据中心, </w:t>
      </w:r>
      <w:r>
        <w:t>2021</w:t>
      </w:r>
      <w:r>
        <w:t>.[</w:t>
      </w:r>
      <w:r>
        <w:t xml:space="preserve">Qinghai Provincial Bureau of Statistics. Main indicators of national economy of national autonomous areas in Qinghai Province (1998-2014).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