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滦河上游地区土壤温湿度地面同步观测数据集（2018）</w:t>
      </w:r>
    </w:p>
    <w:p>
      <w:r>
        <w:rPr>
          <w:sz w:val="22"/>
        </w:rPr>
        <w:t>英文标题：Synchronous observation data set of soil temperature and soil moisture in the upstream of Luan River (2018)</w:t>
      </w:r>
    </w:p>
    <w:p>
      <w:r>
        <w:rPr>
          <w:sz w:val="32"/>
        </w:rPr>
        <w:t>1、摘要</w:t>
      </w:r>
    </w:p>
    <w:p>
      <w:pPr>
        <w:ind w:firstLine="432"/>
      </w:pPr>
      <w:r>
        <w:rPr>
          <w:sz w:val="22"/>
        </w:rPr>
        <w:t>本数据集包含2018年滦河流域土壤水分遥感试验（SMELR）航空飞行试验期间地面同步测量的地表及土壤温湿度数据，用于验证遥感反演的“真值”。数据包括表层0-5 cm的土壤水分（体积含水量，%）、深层（5、10、20、40 cm）土壤水分，表层0-5 cm的土壤温度（℃）、光照和阴影下的土壤温度，光照和阴影下的植被温度。</w:t>
        <w:br/>
        <w:t>地面同步采样样方分布于滦河的上游地区（闪电河流域、小滦河流域），采样时间为2018年9月，使用便携式土壤水分仪、外置探头型温度记录仪以及环刀法进行测量，采取样区-样方-样点嵌套的采样方案获取数据。</w:t>
      </w:r>
    </w:p>
    <w:p>
      <w:r>
        <w:rPr>
          <w:sz w:val="32"/>
        </w:rPr>
        <w:t>2、关键词</w:t>
      </w:r>
    </w:p>
    <w:p>
      <w:pPr>
        <w:ind w:left="432"/>
      </w:pPr>
      <w:r>
        <w:rPr>
          <w:sz w:val="22"/>
        </w:rPr>
        <w:t>主题关键词：</w:t>
      </w:r>
      <w:r>
        <w:rPr>
          <w:sz w:val="22"/>
        </w:rPr>
        <w:t>土壤湿度</w:t>
      </w:r>
      <w:r>
        <w:t>,</w:t>
      </w:r>
      <w:r>
        <w:rPr>
          <w:sz w:val="22"/>
        </w:rPr>
        <w:t>土壤</w:t>
      </w:r>
      <w:r>
        <w:t>,</w:t>
      </w:r>
      <w:r>
        <w:rPr>
          <w:sz w:val="22"/>
        </w:rPr>
        <w:t>地面同步观测</w:t>
      </w:r>
      <w:r>
        <w:t>,</w:t>
      </w:r>
      <w:r>
        <w:rPr>
          <w:sz w:val="22"/>
        </w:rPr>
        <w:t>水文</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滦河流域</w:t>
      </w:r>
      <w:r>
        <w:t xml:space="preserve">, </w:t>
      </w:r>
      <w:r>
        <w:rPr>
          <w:sz w:val="22"/>
        </w:rPr>
        <w:t>小滦河流域</w:t>
      </w:r>
      <w:r>
        <w:t xml:space="preserve">, </w:t>
      </w:r>
      <w:r>
        <w:rPr>
          <w:sz w:val="22"/>
        </w:rPr>
        <w:t>闪电河流域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西：115.5</w:t>
            </w:r>
          </w:p>
        </w:tc>
        <w:tc>
          <w:tcPr>
            <w:tcW w:type="dxa" w:w="2880"/>
          </w:tcPr>
          <w:p>
            <w:r>
              <w:t>-</w:t>
            </w:r>
          </w:p>
        </w:tc>
        <w:tc>
          <w:tcPr>
            <w:tcW w:type="dxa" w:w="2880"/>
          </w:tcPr>
          <w:p>
            <w:r>
              <w:t>东：117.5</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2018-09-15 16:00:00+00:00</w:t>
      </w:r>
      <w:r>
        <w:rPr>
          <w:sz w:val="22"/>
        </w:rPr>
        <w:t>--</w:t>
      </w:r>
      <w:r>
        <w:rPr>
          <w:sz w:val="22"/>
        </w:rPr>
        <w:t>2018-09-26 03:59:59+00:00</w:t>
      </w:r>
    </w:p>
    <w:p>
      <w:r>
        <w:rPr>
          <w:sz w:val="32"/>
        </w:rPr>
        <w:t>6、引用方式</w:t>
      </w:r>
    </w:p>
    <w:p>
      <w:pPr>
        <w:ind w:left="432"/>
      </w:pPr>
      <w:r>
        <w:rPr>
          <w:sz w:val="22"/>
        </w:rPr>
        <w:t xml:space="preserve">数据的引用: </w:t>
      </w:r>
    </w:p>
    <w:p>
      <w:pPr>
        <w:ind w:left="432" w:firstLine="432"/>
      </w:pPr>
      <w:r>
        <w:t xml:space="preserve">赵天杰, 姚盼盼, 崔倩, 蒋玲梅, 柴琳娜, 郑超磊, 卢麾, 马建威, 吕海深, 武建军, 赵伟, 杨娜, 李玉霞, 潘金梅, 刘明宇, 魏祖帅, 张子谦, 王建, 杨建卫, 刘晓敬, 刘进, 尹燕旻, 黎一杉, 倪少强, 祝鹏, 洪志明, 王莜译, 刘晨, 杨建华, 田丰, 王伟, 何珏霖, 陈勇强, 徐少博, 程渊, 高思远, 郝震, 易珍言, 王昊宇, 胡新, 彭义峰, 杜晓铮, 胡凤敏, 孙亚勇, 耿德源, 杨纲, 钟浩, 吴松, 郑杰, 杨倍倍, 赵嘉诚, 周倩. 滦河上游地区土壤温湿度地面同步观测数据集（2018）. 国家青藏高原科学数据中心, DOI:10.11888/Soil.tpdc.271551, CSTR:18406.11.Soil.tpdc.271551, </w:t>
      </w:r>
      <w:r>
        <w:t>2021</w:t>
      </w:r>
      <w:r>
        <w:t>.[</w:t>
      </w:r>
      <w:r>
        <w:t xml:space="preserve">YANG   Jianwei, YI   Zhenyan, JIANG Lingmei, GENG   Deyuan, HU   Xin, LI   Yishan, HU   Fengmin, MA   Jianwei, PENG   Yifeng, CHENG   Yuan, LIU   Mingyu, HONG   Zhiming, ZHANG   Ziqian, WEI   Zushuai, WANG   Wei, YANG   Jianhua, NI   Shaoqiang, YAO   Panpan, WANG   Xiaoyi, HAO   Zhen, LIU   Jin, WU   Jianjun, ZHU   Peng, CHAI Linna, WANG   Jian, ZHAO   Jiacheng, TIAN   Feng, LI   Yuxia, ZHENG   Jie, ZHAO   Tianjie, GAO   Siyuan, LIU   Xiaojing, WANG   Haoyu, LIU   Chen, SUN   Yayong, DU   Xiaozheng, CUI   Qian, ZHONG   Hao, LV   Haishen, XU   Shaobo, YIN   Yanmin, HE   Juelin, ZHAO   Wei, WU   Song, YANG   Gang, YANG   Beibei, CHEN   Yongqiang, PAN   Jinmei, YANG   Na, LU Hui, ZHOU   Qian. Synchronous observation data set of soil temperature and soil moisture in the upstream of Luan River (2018). National Tibetan Plateau Data Center, DOI:10.11888/Soil.tpdc.271551, CSTR:18406.11.Soil.tpdc.271551,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https://doi.org/10.1016/j.rse.2020.111680</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pPr>
        <w:ind w:left="432"/>
      </w:pPr>
      <w:r>
        <w:rPr>
          <w:sz w:val="22"/>
        </w:rPr>
        <w:t>第二次青藏高原综合科学考察研究</w:t>
        <w:br/>
      </w: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中国科学院空天信息创新研究院</w:t>
        <w:br/>
      </w:r>
      <w:r>
        <w:rPr>
          <w:sz w:val="22"/>
        </w:rPr>
        <w:t xml:space="preserve">电子邮件: </w:t>
      </w:r>
      <w:r>
        <w:rPr>
          <w:sz w:val="22"/>
        </w:rPr>
        <w:t>zhaotj@aircas.ac.cn</w:t>
        <w:br/>
        <w:br/>
      </w:r>
      <w:r>
        <w:rPr>
          <w:sz w:val="22"/>
        </w:rPr>
        <w:t xml:space="preserve">姓名: </w:t>
      </w:r>
      <w:r>
        <w:rPr>
          <w:sz w:val="22"/>
        </w:rPr>
        <w:t>姚盼盼</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崔倩</w:t>
        <w:br/>
      </w:r>
      <w:r>
        <w:rPr>
          <w:sz w:val="22"/>
        </w:rPr>
        <w:t xml:space="preserve">单位: </w:t>
      </w:r>
      <w:r>
        <w:rPr>
          <w:sz w:val="22"/>
        </w:rPr>
        <w:t>中国水利部信息中心</w:t>
        <w:br/>
      </w:r>
      <w:r>
        <w:rPr>
          <w:sz w:val="22"/>
        </w:rPr>
        <w:t xml:space="preserve">电子邮件: </w:t>
      </w:r>
      <w:r>
        <w:rPr>
          <w:sz w:val="22"/>
        </w:rPr>
        <w:t>cuiqian@mwr.gov.cn</w:t>
        <w:br/>
        <w:br/>
      </w:r>
      <w:r>
        <w:rPr>
          <w:sz w:val="22"/>
        </w:rPr>
        <w:t xml:space="preserve">姓名: </w:t>
      </w:r>
      <w:r>
        <w:rPr>
          <w:sz w:val="22"/>
        </w:rPr>
        <w:t>蒋玲梅</w:t>
        <w:br/>
      </w:r>
      <w:r>
        <w:rPr>
          <w:sz w:val="22"/>
        </w:rPr>
        <w:t xml:space="preserve">单位: </w:t>
      </w:r>
      <w:r>
        <w:rPr>
          <w:sz w:val="22"/>
        </w:rPr>
        <w:t>北京师范大学</w:t>
        <w:br/>
      </w:r>
      <w:r>
        <w:rPr>
          <w:sz w:val="22"/>
        </w:rPr>
        <w:t xml:space="preserve">电子邮件: </w:t>
      </w:r>
      <w:r>
        <w:rPr>
          <w:sz w:val="22"/>
        </w:rPr>
        <w:t>jiang@bnu.edu.cn</w:t>
        <w:br/>
        <w:br/>
      </w:r>
      <w:r>
        <w:rPr>
          <w:sz w:val="22"/>
        </w:rPr>
        <w:t xml:space="preserve">姓名: </w:t>
      </w:r>
      <w:r>
        <w:rPr>
          <w:sz w:val="22"/>
        </w:rPr>
        <w:t>柴琳娜</w:t>
        <w:br/>
      </w:r>
      <w:r>
        <w:rPr>
          <w:sz w:val="22"/>
        </w:rPr>
        <w:t xml:space="preserve">单位: </w:t>
      </w:r>
      <w:r>
        <w:rPr>
          <w:sz w:val="22"/>
        </w:rPr>
        <w:t>北京师范大学</w:t>
        <w:br/>
      </w:r>
      <w:r>
        <w:rPr>
          <w:sz w:val="22"/>
        </w:rPr>
        <w:t xml:space="preserve">电子邮件: </w:t>
      </w:r>
      <w:r>
        <w:rPr>
          <w:sz w:val="22"/>
        </w:rPr>
        <w:t>chai@bnu.edu.cn</w:t>
        <w:br/>
        <w:br/>
      </w:r>
      <w:r>
        <w:rPr>
          <w:sz w:val="22"/>
        </w:rPr>
        <w:t xml:space="preserve">姓名: </w:t>
      </w:r>
      <w:r>
        <w:rPr>
          <w:sz w:val="22"/>
        </w:rPr>
        <w:t>郑超磊</w:t>
        <w:br/>
      </w:r>
      <w:r>
        <w:rPr>
          <w:sz w:val="22"/>
        </w:rPr>
        <w:t xml:space="preserve">单位: </w:t>
      </w:r>
      <w:r>
        <w:rPr>
          <w:sz w:val="22"/>
        </w:rPr>
        <w:t>中国科学院遥感与数字地球研究所</w:t>
        <w:br/>
      </w:r>
      <w:r>
        <w:rPr>
          <w:sz w:val="22"/>
        </w:rPr>
        <w:t xml:space="preserve">电子邮件: </w:t>
      </w:r>
      <w:r>
        <w:rPr>
          <w:sz w:val="22"/>
        </w:rPr>
        <w:t>zhengcl@aircas.ac.cn</w:t>
        <w:br/>
        <w:br/>
      </w:r>
      <w:r>
        <w:rPr>
          <w:sz w:val="22"/>
        </w:rPr>
        <w:t xml:space="preserve">姓名: </w:t>
      </w:r>
      <w:r>
        <w:rPr>
          <w:sz w:val="22"/>
        </w:rPr>
        <w:t>卢麾</w:t>
        <w:br/>
      </w:r>
      <w:r>
        <w:rPr>
          <w:sz w:val="22"/>
        </w:rPr>
        <w:t xml:space="preserve">单位: </w:t>
      </w:r>
      <w:r>
        <w:rPr>
          <w:sz w:val="22"/>
        </w:rPr>
        <w:t>清华大学</w:t>
        <w:br/>
      </w:r>
      <w:r>
        <w:rPr>
          <w:sz w:val="22"/>
        </w:rPr>
        <w:t xml:space="preserve">电子邮件: </w:t>
      </w:r>
      <w:r>
        <w:rPr>
          <w:sz w:val="22"/>
        </w:rPr>
        <w:t>luhui@tsinghua.edu.cn</w:t>
        <w:br/>
        <w:br/>
      </w:r>
      <w:r>
        <w:rPr>
          <w:sz w:val="22"/>
        </w:rPr>
        <w:t xml:space="preserve">姓名: </w:t>
      </w:r>
      <w:r>
        <w:rPr>
          <w:sz w:val="22"/>
        </w:rPr>
        <w:t>马建威</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吕海深</w:t>
        <w:br/>
      </w:r>
      <w:r>
        <w:rPr>
          <w:sz w:val="22"/>
        </w:rPr>
        <w:t xml:space="preserve">单位: </w:t>
      </w:r>
      <w:r>
        <w:rPr>
          <w:sz w:val="22"/>
        </w:rPr>
        <w:t>河海大学</w:t>
        <w:br/>
      </w:r>
      <w:r>
        <w:rPr>
          <w:sz w:val="22"/>
        </w:rPr>
        <w:t xml:space="preserve">电子邮件: </w:t>
      </w:r>
      <w:r>
        <w:rPr>
          <w:sz w:val="22"/>
        </w:rPr>
        <w:t>yaopp@radi.ac.cn</w:t>
        <w:br/>
        <w:br/>
      </w:r>
      <w:r>
        <w:rPr>
          <w:sz w:val="22"/>
        </w:rPr>
        <w:t xml:space="preserve">姓名: </w:t>
      </w:r>
      <w:r>
        <w:rPr>
          <w:sz w:val="22"/>
        </w:rPr>
        <w:t>武建军</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赵伟</w:t>
        <w:br/>
      </w:r>
      <w:r>
        <w:rPr>
          <w:sz w:val="22"/>
        </w:rPr>
        <w:t xml:space="preserve">单位: </w:t>
      </w:r>
      <w:r>
        <w:rPr>
          <w:sz w:val="22"/>
        </w:rPr>
        <w:t>中国科学院水利部成都山地灾害与环境研究所</w:t>
        <w:br/>
      </w:r>
      <w:r>
        <w:rPr>
          <w:sz w:val="22"/>
        </w:rPr>
        <w:t xml:space="preserve">电子邮件: </w:t>
      </w:r>
      <w:r>
        <w:rPr>
          <w:sz w:val="22"/>
        </w:rPr>
        <w:t>yaopp@radi.ac.cn</w:t>
        <w:br/>
        <w:br/>
      </w:r>
      <w:r>
        <w:rPr>
          <w:sz w:val="22"/>
        </w:rPr>
        <w:t xml:space="preserve">姓名: </w:t>
      </w:r>
      <w:r>
        <w:rPr>
          <w:sz w:val="22"/>
        </w:rPr>
        <w:t>杨娜</w:t>
        <w:br/>
      </w:r>
      <w:r>
        <w:rPr>
          <w:sz w:val="22"/>
        </w:rPr>
        <w:t xml:space="preserve">单位: </w:t>
      </w:r>
      <w:r>
        <w:rPr>
          <w:sz w:val="22"/>
        </w:rPr>
        <w:t>河南理工大学</w:t>
        <w:br/>
      </w:r>
      <w:r>
        <w:rPr>
          <w:sz w:val="22"/>
        </w:rPr>
        <w:t xml:space="preserve">电子邮件: </w:t>
      </w:r>
      <w:r>
        <w:rPr>
          <w:sz w:val="22"/>
        </w:rPr>
        <w:t>yaopp@radi.ac.cn</w:t>
        <w:br/>
        <w:br/>
      </w:r>
      <w:r>
        <w:rPr>
          <w:sz w:val="22"/>
        </w:rPr>
        <w:t xml:space="preserve">姓名: </w:t>
      </w:r>
      <w:r>
        <w:rPr>
          <w:sz w:val="22"/>
        </w:rPr>
        <w:t>李玉霞</w:t>
        <w:br/>
      </w:r>
      <w:r>
        <w:rPr>
          <w:sz w:val="22"/>
        </w:rPr>
        <w:t xml:space="preserve">单位: </w:t>
      </w:r>
      <w:r>
        <w:rPr>
          <w:sz w:val="22"/>
        </w:rPr>
        <w:t>电子科技大学</w:t>
        <w:br/>
      </w:r>
      <w:r>
        <w:rPr>
          <w:sz w:val="22"/>
        </w:rPr>
        <w:t xml:space="preserve">电子邮件: </w:t>
      </w:r>
      <w:r>
        <w:rPr>
          <w:sz w:val="22"/>
        </w:rPr>
        <w:t>yaopp@radi.ac.cn</w:t>
        <w:br/>
        <w:br/>
      </w:r>
      <w:r>
        <w:rPr>
          <w:sz w:val="22"/>
        </w:rPr>
        <w:t xml:space="preserve">姓名: </w:t>
      </w:r>
      <w:r>
        <w:rPr>
          <w:sz w:val="22"/>
        </w:rPr>
        <w:t>潘金梅</w:t>
        <w:br/>
      </w:r>
      <w:r>
        <w:rPr>
          <w:sz w:val="22"/>
        </w:rPr>
        <w:t xml:space="preserve">单位: </w:t>
      </w:r>
      <w:r>
        <w:rPr>
          <w:sz w:val="22"/>
        </w:rPr>
        <w:t>中国科学院空天信息创新研究院</w:t>
        <w:br/>
      </w:r>
      <w:r>
        <w:rPr>
          <w:sz w:val="22"/>
        </w:rPr>
        <w:t xml:space="preserve">电子邮件: </w:t>
      </w:r>
      <w:r>
        <w:rPr>
          <w:sz w:val="22"/>
        </w:rPr>
        <w:t>panjm@aircas.ac.cn</w:t>
        <w:br/>
        <w:br/>
      </w:r>
      <w:r>
        <w:rPr>
          <w:sz w:val="22"/>
        </w:rPr>
        <w:t xml:space="preserve">姓名: </w:t>
      </w:r>
      <w:r>
        <w:rPr>
          <w:sz w:val="22"/>
        </w:rPr>
        <w:t>刘明宇</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魏祖帅</w:t>
        <w:br/>
      </w:r>
      <w:r>
        <w:rPr>
          <w:sz w:val="22"/>
        </w:rPr>
        <w:t xml:space="preserve">单位: </w:t>
      </w:r>
      <w:r>
        <w:rPr>
          <w:sz w:val="22"/>
        </w:rPr>
        <w:t>武汉大学</w:t>
        <w:br/>
      </w:r>
      <w:r>
        <w:rPr>
          <w:sz w:val="22"/>
        </w:rPr>
        <w:t xml:space="preserve">电子邮件: </w:t>
      </w:r>
      <w:r>
        <w:rPr>
          <w:sz w:val="22"/>
        </w:rPr>
        <w:t>yaopp@radi.ac.cn</w:t>
        <w:br/>
        <w:br/>
      </w:r>
      <w:r>
        <w:rPr>
          <w:sz w:val="22"/>
        </w:rPr>
        <w:t xml:space="preserve">姓名: </w:t>
      </w:r>
      <w:r>
        <w:rPr>
          <w:sz w:val="22"/>
        </w:rPr>
        <w:t>张子谦</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王建</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杨建卫</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刘晓敬</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刘进</w:t>
        <w:br/>
      </w:r>
      <w:r>
        <w:rPr>
          <w:sz w:val="22"/>
        </w:rPr>
        <w:t xml:space="preserve">单位: </w:t>
      </w:r>
      <w:r>
        <w:rPr>
          <w:sz w:val="22"/>
        </w:rPr>
        <w:t>北京师范大学</w:t>
        <w:br/>
      </w:r>
      <w:r>
        <w:rPr>
          <w:sz w:val="22"/>
        </w:rPr>
        <w:t xml:space="preserve">电子邮件: </w:t>
      </w:r>
      <w:r>
        <w:rPr>
          <w:sz w:val="22"/>
        </w:rPr>
        <w:t>chai@bnu.edu.cn</w:t>
        <w:br/>
        <w:br/>
      </w:r>
      <w:r>
        <w:rPr>
          <w:sz w:val="22"/>
        </w:rPr>
        <w:t xml:space="preserve">姓名: </w:t>
      </w:r>
      <w:r>
        <w:rPr>
          <w:sz w:val="22"/>
        </w:rPr>
        <w:t>尹燕旻</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黎一杉</w:t>
        <w:br/>
      </w:r>
      <w:r>
        <w:rPr>
          <w:sz w:val="22"/>
        </w:rPr>
        <w:t xml:space="preserve">单位: </w:t>
      </w:r>
      <w:r>
        <w:rPr>
          <w:sz w:val="22"/>
        </w:rPr>
        <w:t>清华大学</w:t>
        <w:br/>
      </w:r>
      <w:r>
        <w:rPr>
          <w:sz w:val="22"/>
        </w:rPr>
        <w:t xml:space="preserve">电子邮件: </w:t>
      </w:r>
      <w:r>
        <w:rPr>
          <w:sz w:val="22"/>
        </w:rPr>
        <w:t>yaopp@radi.ac.cn</w:t>
        <w:br/>
        <w:br/>
      </w:r>
      <w:r>
        <w:rPr>
          <w:sz w:val="22"/>
        </w:rPr>
        <w:t xml:space="preserve">姓名: </w:t>
      </w:r>
      <w:r>
        <w:rPr>
          <w:sz w:val="22"/>
        </w:rPr>
        <w:t>倪少强</w:t>
        <w:br/>
      </w:r>
      <w:r>
        <w:rPr>
          <w:sz w:val="22"/>
        </w:rPr>
        <w:t xml:space="preserve">单位: </w:t>
      </w:r>
      <w:r>
        <w:rPr>
          <w:sz w:val="22"/>
        </w:rPr>
        <w:t>清华大学</w:t>
        <w:br/>
      </w:r>
      <w:r>
        <w:rPr>
          <w:sz w:val="22"/>
        </w:rPr>
        <w:t xml:space="preserve">电子邮件: </w:t>
      </w:r>
      <w:r>
        <w:rPr>
          <w:sz w:val="22"/>
        </w:rPr>
        <w:t>yaopp@radi.ac.cn</w:t>
        <w:br/>
        <w:br/>
      </w:r>
      <w:r>
        <w:rPr>
          <w:sz w:val="22"/>
        </w:rPr>
        <w:t xml:space="preserve">姓名: </w:t>
      </w:r>
      <w:r>
        <w:rPr>
          <w:sz w:val="22"/>
        </w:rPr>
        <w:t>祝鹏</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洪志明</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王莜译</w:t>
        <w:br/>
      </w:r>
      <w:r>
        <w:rPr>
          <w:sz w:val="22"/>
        </w:rPr>
        <w:t xml:space="preserve">单位: </w:t>
      </w:r>
      <w:r>
        <w:rPr>
          <w:sz w:val="22"/>
        </w:rPr>
        <w:t>河海大学</w:t>
        <w:br/>
      </w:r>
      <w:r>
        <w:rPr>
          <w:sz w:val="22"/>
        </w:rPr>
        <w:t xml:space="preserve">电子邮件: </w:t>
      </w:r>
      <w:r>
        <w:rPr>
          <w:sz w:val="22"/>
        </w:rPr>
        <w:t>yaopp@radi.ac.cn</w:t>
        <w:br/>
        <w:br/>
      </w:r>
      <w:r>
        <w:rPr>
          <w:sz w:val="22"/>
        </w:rPr>
        <w:t xml:space="preserve">姓名: </w:t>
      </w:r>
      <w:r>
        <w:rPr>
          <w:sz w:val="22"/>
        </w:rPr>
        <w:t>刘晨</w:t>
        <w:br/>
      </w:r>
      <w:r>
        <w:rPr>
          <w:sz w:val="22"/>
        </w:rPr>
        <w:t xml:space="preserve">单位: </w:t>
      </w:r>
      <w:r>
        <w:rPr>
          <w:sz w:val="22"/>
        </w:rPr>
        <w:t>河海大学</w:t>
        <w:br/>
      </w:r>
      <w:r>
        <w:rPr>
          <w:sz w:val="22"/>
        </w:rPr>
        <w:t xml:space="preserve">电子邮件: </w:t>
      </w:r>
      <w:r>
        <w:rPr>
          <w:sz w:val="22"/>
        </w:rPr>
        <w:t>yaopp@radi.ac.cn</w:t>
        <w:br/>
        <w:br/>
      </w:r>
      <w:r>
        <w:rPr>
          <w:sz w:val="22"/>
        </w:rPr>
        <w:t xml:space="preserve">姓名: </w:t>
      </w:r>
      <w:r>
        <w:rPr>
          <w:sz w:val="22"/>
        </w:rPr>
        <w:t>杨建华</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田丰</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王伟</w:t>
        <w:br/>
      </w:r>
      <w:r>
        <w:rPr>
          <w:sz w:val="22"/>
        </w:rPr>
        <w:t xml:space="preserve">单位: </w:t>
      </w:r>
      <w:r>
        <w:rPr>
          <w:sz w:val="22"/>
        </w:rPr>
        <w:t>中国科学院水利部成都山地灾害与环境研究所</w:t>
        <w:br/>
      </w:r>
      <w:r>
        <w:rPr>
          <w:sz w:val="22"/>
        </w:rPr>
        <w:t xml:space="preserve">电子邮件: </w:t>
      </w:r>
      <w:r>
        <w:rPr>
          <w:sz w:val="22"/>
        </w:rPr>
        <w:t>yaopp@radi.ac.cn</w:t>
        <w:br/>
        <w:br/>
      </w:r>
      <w:r>
        <w:rPr>
          <w:sz w:val="22"/>
        </w:rPr>
        <w:t xml:space="preserve">姓名: </w:t>
      </w:r>
      <w:r>
        <w:rPr>
          <w:sz w:val="22"/>
        </w:rPr>
        <w:t>何珏霖</w:t>
        <w:br/>
      </w:r>
      <w:r>
        <w:rPr>
          <w:sz w:val="22"/>
        </w:rPr>
        <w:t xml:space="preserve">单位: </w:t>
      </w:r>
      <w:r>
        <w:rPr>
          <w:sz w:val="22"/>
        </w:rPr>
        <w:t>中国科学院水利部成都山地灾害与环境研究所</w:t>
        <w:br/>
      </w:r>
      <w:r>
        <w:rPr>
          <w:sz w:val="22"/>
        </w:rPr>
        <w:t xml:space="preserve">电子邮件: </w:t>
      </w:r>
      <w:r>
        <w:rPr>
          <w:sz w:val="22"/>
        </w:rPr>
        <w:t>yaopp@radi.ac.cn</w:t>
        <w:br/>
        <w:br/>
      </w:r>
      <w:r>
        <w:rPr>
          <w:sz w:val="22"/>
        </w:rPr>
        <w:t xml:space="preserve">姓名: </w:t>
      </w:r>
      <w:r>
        <w:rPr>
          <w:sz w:val="22"/>
        </w:rPr>
        <w:t>陈勇强</w:t>
        <w:br/>
      </w:r>
      <w:r>
        <w:rPr>
          <w:sz w:val="22"/>
        </w:rPr>
        <w:t xml:space="preserve">单位: </w:t>
      </w:r>
      <w:r>
        <w:rPr>
          <w:sz w:val="22"/>
        </w:rPr>
        <w:t>河南理工大学</w:t>
        <w:br/>
      </w:r>
      <w:r>
        <w:rPr>
          <w:sz w:val="22"/>
        </w:rPr>
        <w:t xml:space="preserve">电子邮件: </w:t>
      </w:r>
      <w:r>
        <w:rPr>
          <w:sz w:val="22"/>
        </w:rPr>
        <w:t>yaopp@radi.ac.cn</w:t>
        <w:br/>
        <w:br/>
      </w:r>
      <w:r>
        <w:rPr>
          <w:sz w:val="22"/>
        </w:rPr>
        <w:t xml:space="preserve">姓名: </w:t>
      </w:r>
      <w:r>
        <w:rPr>
          <w:sz w:val="22"/>
        </w:rPr>
        <w:t>徐少博</w:t>
        <w:br/>
      </w:r>
      <w:r>
        <w:rPr>
          <w:sz w:val="22"/>
        </w:rPr>
        <w:t xml:space="preserve">单位: </w:t>
      </w:r>
      <w:r>
        <w:rPr>
          <w:sz w:val="22"/>
        </w:rPr>
        <w:t>河南理工大学</w:t>
        <w:br/>
      </w:r>
      <w:r>
        <w:rPr>
          <w:sz w:val="22"/>
        </w:rPr>
        <w:t xml:space="preserve">电子邮件: </w:t>
      </w:r>
      <w:r>
        <w:rPr>
          <w:sz w:val="22"/>
        </w:rPr>
        <w:t>yaopp@radi.ac.cn</w:t>
        <w:br/>
        <w:br/>
      </w:r>
      <w:r>
        <w:rPr>
          <w:sz w:val="22"/>
        </w:rPr>
        <w:t xml:space="preserve">姓名: </w:t>
      </w:r>
      <w:r>
        <w:rPr>
          <w:sz w:val="22"/>
        </w:rPr>
        <w:t>程渊</w:t>
        <w:br/>
      </w:r>
      <w:r>
        <w:rPr>
          <w:sz w:val="22"/>
        </w:rPr>
        <w:t xml:space="preserve">单位: </w:t>
      </w:r>
      <w:r>
        <w:rPr>
          <w:sz w:val="22"/>
        </w:rPr>
        <w:t>电子科技大学</w:t>
        <w:br/>
      </w:r>
      <w:r>
        <w:rPr>
          <w:sz w:val="22"/>
        </w:rPr>
        <w:t xml:space="preserve">电子邮件: </w:t>
      </w:r>
      <w:r>
        <w:rPr>
          <w:sz w:val="22"/>
        </w:rPr>
        <w:t>yaopp@radi.ac.cn</w:t>
        <w:br/>
        <w:br/>
      </w:r>
      <w:r>
        <w:rPr>
          <w:sz w:val="22"/>
        </w:rPr>
        <w:t xml:space="preserve">姓名: </w:t>
      </w:r>
      <w:r>
        <w:rPr>
          <w:sz w:val="22"/>
        </w:rPr>
        <w:t>高思远</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郝震</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易珍言</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王昊宇</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胡新</w:t>
        <w:br/>
      </w:r>
      <w:r>
        <w:rPr>
          <w:sz w:val="22"/>
        </w:rPr>
        <w:t xml:space="preserve">单位: </w:t>
      </w:r>
      <w:r>
        <w:rPr>
          <w:sz w:val="22"/>
        </w:rPr>
        <w:t>河南理工大学</w:t>
        <w:br/>
      </w:r>
      <w:r>
        <w:rPr>
          <w:sz w:val="22"/>
        </w:rPr>
        <w:t xml:space="preserve">电子邮件: </w:t>
      </w:r>
      <w:r>
        <w:rPr>
          <w:sz w:val="22"/>
        </w:rPr>
        <w:t>yaopp@radi.ac.cn</w:t>
        <w:br/>
        <w:br/>
      </w:r>
      <w:r>
        <w:rPr>
          <w:sz w:val="22"/>
        </w:rPr>
        <w:t xml:space="preserve">姓名: </w:t>
      </w:r>
      <w:r>
        <w:rPr>
          <w:sz w:val="22"/>
        </w:rPr>
        <w:t>彭义峰</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杜晓铮</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胡凤敏</w:t>
        <w:br/>
      </w:r>
      <w:r>
        <w:rPr>
          <w:sz w:val="22"/>
        </w:rPr>
        <w:t xml:space="preserve">单位: </w:t>
      </w:r>
      <w:r>
        <w:rPr>
          <w:sz w:val="22"/>
        </w:rPr>
        <w:t>武汉大学</w:t>
        <w:br/>
      </w:r>
      <w:r>
        <w:rPr>
          <w:sz w:val="22"/>
        </w:rPr>
        <w:t xml:space="preserve">电子邮件: </w:t>
      </w:r>
      <w:r>
        <w:rPr>
          <w:sz w:val="22"/>
        </w:rPr>
        <w:t>yaopp@radi.ac.cn</w:t>
        <w:br/>
        <w:br/>
      </w:r>
      <w:r>
        <w:rPr>
          <w:sz w:val="22"/>
        </w:rPr>
        <w:t xml:space="preserve">姓名: </w:t>
      </w:r>
      <w:r>
        <w:rPr>
          <w:sz w:val="22"/>
        </w:rPr>
        <w:t>孙亚勇</w:t>
        <w:br/>
      </w:r>
      <w:r>
        <w:rPr>
          <w:sz w:val="22"/>
        </w:rPr>
        <w:t xml:space="preserve">单位: </w:t>
      </w:r>
      <w:r>
        <w:rPr>
          <w:sz w:val="22"/>
        </w:rPr>
        <w:t>中国水利水电科学研究院</w:t>
        <w:br/>
      </w:r>
      <w:r>
        <w:rPr>
          <w:sz w:val="22"/>
        </w:rPr>
        <w:t xml:space="preserve">电子邮件: </w:t>
      </w:r>
      <w:r>
        <w:rPr>
          <w:sz w:val="22"/>
        </w:rPr>
        <w:t>yaopp@radi.ac.cn</w:t>
        <w:br/>
        <w:br/>
      </w:r>
      <w:r>
        <w:rPr>
          <w:sz w:val="22"/>
        </w:rPr>
        <w:t xml:space="preserve">姓名: </w:t>
      </w:r>
      <w:r>
        <w:rPr>
          <w:sz w:val="22"/>
        </w:rPr>
        <w:t>耿德源</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杨纲</w:t>
        <w:br/>
      </w:r>
      <w:r>
        <w:rPr>
          <w:sz w:val="22"/>
        </w:rPr>
        <w:t xml:space="preserve">单位: </w:t>
      </w:r>
      <w:r>
        <w:rPr>
          <w:sz w:val="22"/>
        </w:rPr>
        <w:t>山东农业大学</w:t>
        <w:br/>
      </w:r>
      <w:r>
        <w:rPr>
          <w:sz w:val="22"/>
        </w:rPr>
        <w:t xml:space="preserve">电子邮件: </w:t>
      </w:r>
      <w:r>
        <w:rPr>
          <w:sz w:val="22"/>
        </w:rPr>
        <w:t>yaopp@radi.ac.cn</w:t>
        <w:br/>
        <w:br/>
      </w:r>
      <w:r>
        <w:rPr>
          <w:sz w:val="22"/>
        </w:rPr>
        <w:t xml:space="preserve">姓名: </w:t>
      </w:r>
      <w:r>
        <w:rPr>
          <w:sz w:val="22"/>
        </w:rPr>
        <w:t>钟浩</w:t>
        <w:br/>
      </w:r>
      <w:r>
        <w:rPr>
          <w:sz w:val="22"/>
        </w:rPr>
        <w:t xml:space="preserve">单位: </w:t>
      </w:r>
      <w:r>
        <w:rPr>
          <w:sz w:val="22"/>
        </w:rPr>
        <w:t>山东农业大学</w:t>
        <w:br/>
      </w:r>
      <w:r>
        <w:rPr>
          <w:sz w:val="22"/>
        </w:rPr>
        <w:t xml:space="preserve">电子邮件: </w:t>
      </w:r>
      <w:r>
        <w:rPr>
          <w:sz w:val="22"/>
        </w:rPr>
        <w:t>yaopp@radi.ac.cn</w:t>
        <w:br/>
        <w:br/>
      </w:r>
      <w:r>
        <w:rPr>
          <w:sz w:val="22"/>
        </w:rPr>
        <w:t xml:space="preserve">姓名: </w:t>
      </w:r>
      <w:r>
        <w:rPr>
          <w:sz w:val="22"/>
        </w:rPr>
        <w:t>吴松</w:t>
        <w:br/>
      </w:r>
      <w:r>
        <w:rPr>
          <w:sz w:val="22"/>
        </w:rPr>
        <w:t xml:space="preserve">单位: </w:t>
      </w:r>
      <w:r>
        <w:rPr>
          <w:sz w:val="22"/>
        </w:rPr>
        <w:t>贵州大学</w:t>
        <w:br/>
      </w:r>
      <w:r>
        <w:rPr>
          <w:sz w:val="22"/>
        </w:rPr>
        <w:t xml:space="preserve">电子邮件: </w:t>
      </w:r>
      <w:r>
        <w:rPr>
          <w:sz w:val="22"/>
        </w:rPr>
        <w:t>yaopp@radi.ac.cn</w:t>
        <w:br/>
        <w:br/>
      </w:r>
      <w:r>
        <w:rPr>
          <w:sz w:val="22"/>
        </w:rPr>
        <w:t xml:space="preserve">姓名: </w:t>
      </w:r>
      <w:r>
        <w:rPr>
          <w:sz w:val="22"/>
        </w:rPr>
        <w:t>郑杰</w:t>
        <w:br/>
      </w:r>
      <w:r>
        <w:rPr>
          <w:sz w:val="22"/>
        </w:rPr>
        <w:t xml:space="preserve">单位: </w:t>
      </w:r>
      <w:r>
        <w:rPr>
          <w:sz w:val="22"/>
        </w:rPr>
        <w:t>北京师范大学</w:t>
        <w:br/>
      </w:r>
      <w:r>
        <w:rPr>
          <w:sz w:val="22"/>
        </w:rPr>
        <w:t xml:space="preserve">电子邮件: </w:t>
      </w:r>
      <w:r>
        <w:rPr>
          <w:sz w:val="22"/>
        </w:rPr>
        <w:t>chai@bnu.edu.cn</w:t>
        <w:br/>
        <w:br/>
      </w:r>
      <w:r>
        <w:rPr>
          <w:sz w:val="22"/>
        </w:rPr>
        <w:t xml:space="preserve">姓名: </w:t>
      </w:r>
      <w:r>
        <w:rPr>
          <w:sz w:val="22"/>
        </w:rPr>
        <w:t>杨倍倍</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赵嘉诚</w:t>
        <w:br/>
      </w:r>
      <w:r>
        <w:rPr>
          <w:sz w:val="22"/>
        </w:rPr>
        <w:t xml:space="preserve">单位: </w:t>
      </w:r>
      <w:r>
        <w:rPr>
          <w:sz w:val="22"/>
        </w:rPr>
        <w:t>北京师范大学</w:t>
        <w:br/>
      </w:r>
      <w:r>
        <w:rPr>
          <w:sz w:val="22"/>
        </w:rPr>
        <w:t xml:space="preserve">电子邮件: </w:t>
      </w:r>
      <w:r>
        <w:rPr>
          <w:sz w:val="22"/>
        </w:rPr>
        <w:t>yaopp@radi.ac.cn</w:t>
        <w:br/>
        <w:br/>
      </w:r>
      <w:r>
        <w:rPr>
          <w:sz w:val="22"/>
        </w:rPr>
        <w:t xml:space="preserve">姓名: </w:t>
      </w:r>
      <w:r>
        <w:rPr>
          <w:sz w:val="22"/>
        </w:rPr>
        <w:t>周倩</w:t>
        <w:br/>
      </w:r>
      <w:r>
        <w:rPr>
          <w:sz w:val="22"/>
        </w:rPr>
        <w:t xml:space="preserve">单位: </w:t>
      </w:r>
      <w:r>
        <w:rPr>
          <w:sz w:val="22"/>
        </w:rPr>
        <w:t>北京师范大学</w:t>
        <w:br/>
      </w:r>
      <w:r>
        <w:rPr>
          <w:sz w:val="22"/>
        </w:rPr>
        <w:t xml:space="preserve">电子邮件: </w:t>
      </w:r>
      <w:r>
        <w:rPr>
          <w:sz w:val="22"/>
        </w:rPr>
        <w:t>yaopp@radi.ac.cn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