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黑河综合遥感联合试验：临泽飞行区L&amp;K波段机载微波辐射计数据集（2008年7月8日）</w:t>
      </w:r>
    </w:p>
    <w:p>
      <w:r>
        <w:rPr>
          <w:sz w:val="22"/>
        </w:rPr>
        <w:t>英文标题：WATER: Dataset of airborne microwave radiometers (L&amp;K bands) mission in the Linze flight zone on Jul. 8, 2008</w:t>
      </w:r>
    </w:p>
    <w:p>
      <w:r>
        <w:rPr>
          <w:sz w:val="32"/>
        </w:rPr>
        <w:t>1、摘要</w:t>
      </w:r>
    </w:p>
    <w:p>
      <w:pPr>
        <w:ind w:firstLine="432"/>
      </w:pPr>
      <w:r>
        <w:rPr>
          <w:sz w:val="22"/>
        </w:rPr>
        <w:t>本数据集为L&amp;K波段机载微波辐射计于2008年07月08日获取，地点在临泽飞行区。</w:t>
        <w:br/>
        <w:t>其中L波段频率为1.4GHz，后视35度观测，获取双极化（H和V）信息；K波段频率为18.7GHz，天顶角观测，无极化信息。飞机10:00（北京时间，下同）从张掖机场起飞，13:38降落。10:23-13:10在临泽摄区观测，飞行高度1900m左右，飞行速度230-250km/hr左右。其中比较重要的是，12:21-12:27低飞临泽水库1-6线，相对高度100m，飞行速度190km/hr。12:56-13:08低飞沙漠定标线两遍（1-7线，先北向南，再南向北）。</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br/>
      </w:r>
      <w:r>
        <w:rPr>
          <w:sz w:val="22"/>
        </w:rPr>
        <w:t>时间关键词：</w:t>
      </w:r>
      <w:r>
        <w:rPr>
          <w:sz w:val="22"/>
        </w:rPr>
        <w:t>2008-07-08</w:t>
      </w:r>
    </w:p>
    <w:p>
      <w:r>
        <w:rPr>
          <w:sz w:val="32"/>
        </w:rPr>
        <w:t>3、数据细节</w:t>
      </w:r>
    </w:p>
    <w:p>
      <w:pPr>
        <w:ind w:left="432"/>
      </w:pPr>
      <w:r>
        <w:rPr>
          <w:sz w:val="22"/>
        </w:rPr>
        <w:t>1.比例尺：None</w:t>
      </w:r>
    </w:p>
    <w:p>
      <w:pPr>
        <w:ind w:left="432"/>
      </w:pPr>
      <w:r>
        <w:rPr>
          <w:sz w:val="22"/>
        </w:rPr>
        <w:t>2.投影：4326</w:t>
      </w:r>
    </w:p>
    <w:p>
      <w:pPr>
        <w:ind w:left="432"/>
      </w:pPr>
      <w:r>
        <w:rPr>
          <w:sz w:val="22"/>
        </w:rPr>
        <w:t>3.文件大小：5.08MB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西：100.05</w:t>
            </w:r>
          </w:p>
        </w:tc>
        <w:tc>
          <w:tcPr>
            <w:tcW w:type="dxa" w:w="2880"/>
          </w:tcPr>
          <w:p>
            <w:r>
              <w:t>-</w:t>
            </w:r>
          </w:p>
        </w:tc>
        <w:tc>
          <w:tcPr>
            <w:tcW w:type="dxa" w:w="2880"/>
          </w:tcPr>
          <w:p>
            <w:r>
              <w:t>东：100.5</w:t>
            </w:r>
          </w:p>
        </w:tc>
      </w:tr>
      <w:tr>
        <w:tc>
          <w:tcPr>
            <w:tcW w:type="dxa" w:w="2880"/>
          </w:tcPr>
          <w:p>
            <w:r>
              <w:t>-</w:t>
            </w:r>
          </w:p>
        </w:tc>
        <w:tc>
          <w:tcPr>
            <w:tcW w:type="dxa" w:w="2880"/>
          </w:tcPr>
          <w:p>
            <w:r>
              <w:t>南：39.0</w:t>
            </w:r>
          </w:p>
        </w:tc>
        <w:tc>
          <w:tcPr>
            <w:tcW w:type="dxa" w:w="2880"/>
          </w:tcPr>
          <w:p>
            <w:r>
              <w:t>-</w:t>
            </w:r>
          </w:p>
        </w:tc>
      </w:tr>
    </w:tbl>
    <w:p>
      <w:r>
        <w:rPr>
          <w:sz w:val="32"/>
        </w:rPr>
        <w:t>5、时间范围</w:t>
      </w:r>
      <w:r>
        <w:rPr>
          <w:sz w:val="22"/>
        </w:rPr>
        <w:t>2008-07-20 02:00:00+00:00</w:t>
      </w:r>
      <w:r>
        <w:rPr>
          <w:sz w:val="22"/>
        </w:rPr>
        <w:t>--</w:t>
      </w:r>
      <w:r>
        <w:rPr>
          <w:sz w:val="22"/>
        </w:rPr>
        <w:t>2008-07-20 05:40:00+00:00</w:t>
      </w:r>
    </w:p>
    <w:p>
      <w:r>
        <w:rPr>
          <w:sz w:val="32"/>
        </w:rPr>
        <w:t>6、引用方式</w:t>
      </w:r>
    </w:p>
    <w:p>
      <w:pPr>
        <w:ind w:left="432"/>
      </w:pPr>
      <w:r>
        <w:rPr>
          <w:sz w:val="22"/>
        </w:rPr>
        <w:t xml:space="preserve">数据的引用: </w:t>
      </w:r>
    </w:p>
    <w:p>
      <w:pPr>
        <w:ind w:left="432" w:firstLine="432"/>
      </w:pPr>
      <w:r>
        <w:t xml:space="preserve">车涛,  刘强,  金吉南. 黑河综合遥感联合试验：临泽飞行区L&amp;K波段机载微波辐射计数据集（2008年7月8日）. 国家青藏高原科学数据中心, DOI:10.3972/water973.0239.db, CSTR:18406.11.water973.0239.db, </w:t>
      </w:r>
      <w:r>
        <w:t>2013</w:t>
      </w:r>
      <w:r>
        <w:t>.[</w:t>
      </w:r>
      <w:r>
        <w:t xml:space="preserve">LIU Qiang, JIN Jinan, CHE Tao. WATER: Dataset of airborne microwave radiometers (L&amp;K bands) mission in the Linze flight zone on Jul. 8, 2008. National Tibetan Plateau Data Center, DOI:10.3972/water973.0239.db, CSTR:18406.11.water973.0239.db,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金吉南</w:t>
        <w:br/>
      </w:r>
      <w:r>
        <w:rPr>
          <w:sz w:val="22"/>
        </w:rPr>
        <w:t xml:space="preserve">单位: </w:t>
      </w:r>
      <w:r>
        <w:rPr>
          <w:sz w:val="22"/>
        </w:rPr>
        <w:t>中国科学院东北地理与农业生态研究所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