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青海省农村电力、农田水利建设和物资消耗（2000-2020）</w:t>
      </w:r>
    </w:p>
    <w:p>
      <w:r>
        <w:rPr>
          <w:sz w:val="22"/>
        </w:rPr>
        <w:t>英文标题：Rural power, water conservancy construction and material consumption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2000-2020年青海省农村电力、农田水利建设和物资消耗统计数据，数据按农村电力、农田水利建设情况、农用化肥施用量（折纯）、农用塑料薄膜使用量、农用柴油使用量、农药使用量等划分的。数据整理自青海省统计局发布的青海省统计年鉴。数据集包含18个数据表，分别为：</w:t>
        <w:br/>
        <w:t>农村电力、农田水利建设和物资消耗2000-2005年.xls</w:t>
        <w:br/>
        <w:t>农村电力、农田水利建设和物资消耗2000-2006年.xls</w:t>
        <w:br/>
        <w:t>农村电力、农田水利建设和物资消耗2000-2007年.xls</w:t>
        <w:br/>
        <w:t>农村电力、农田水利建设和物资消耗2002-2003.xls</w:t>
        <w:br/>
        <w:t>农村电力、农田水利建设和物资消耗2004年.xls</w:t>
        <w:br/>
        <w:t>农村电力、农田水利建设和物资消耗2005-2009年.xls</w:t>
        <w:br/>
        <w:t>农村电力、农田水利建设和物资消耗2006-2010年.xls</w:t>
        <w:br/>
        <w:t>农村电力、农田水利建设和物资消耗2007-2011年.xls</w:t>
        <w:br/>
        <w:t>农村电力、农田水利建设和物资消耗2008-2012年.xls</w:t>
        <w:br/>
        <w:t>农村电力、农田水利建设和物资消耗2008年.xls</w:t>
        <w:br/>
        <w:t>农村电力、农田水利建设和物资消耗2009-2013年.xls</w:t>
        <w:br/>
        <w:t>农村电力、农田水利建设和物资消耗2009-2014年.xls</w:t>
        <w:br/>
        <w:t>农村电力、农田水利建设和物资消耗2010-2015年.xls</w:t>
        <w:br/>
        <w:t>农村电力、农田水利建设和物资消耗2011-2016年.xls</w:t>
        <w:br/>
        <w:t>农村电力、农田水利建设和物资消耗2012-2017年.xls</w:t>
        <w:br/>
        <w:t xml:space="preserve">农村电力、农田水利建设和物资消耗2013-2018年.xls </w:t>
        <w:br/>
        <w:t xml:space="preserve">农村电力、农田水利建设和物资消耗2014-2019年.xls </w:t>
        <w:br/>
        <w:t xml:space="preserve">农村电力、农田水利建设和物资消耗2015-2020年.xls </w:t>
        <w:br/>
        <w:t>数据表结构相同。例如农村电力、农田水利建设和物资消耗2000-2006年数据表共有9个字段：</w:t>
        <w:br/>
        <w:t>字段1：指标</w:t>
        <w:br/>
        <w:t>字段2：2000</w:t>
        <w:br/>
        <w:t>字段3：2001</w:t>
        <w:br/>
        <w:t>字段4：2002</w:t>
        <w:br/>
        <w:t>字段5：2003</w:t>
        <w:br/>
        <w:t>字段6：2004</w:t>
        <w:br/>
        <w:t>字段7：2005</w:t>
        <w:br/>
        <w:t>字段8：2006</w:t>
        <w:br/>
        <w:t>字段9：2006年为2005年的%"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农村用电量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农田水利建设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青海省农村电力、农田水利建设和物资消耗（2000-2020）. 国家青藏高原科学数据中心, </w:t>
      </w:r>
      <w:r>
        <w:t>2021</w:t>
      </w:r>
      <w:r>
        <w:t>.[</w:t>
      </w:r>
      <w:r>
        <w:t xml:space="preserve">Qinghai Provincial Bureau of Statistics. Rural power, water conservancy construction and material consumption in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