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黑河生态水文遥感试验：水文气象观测网数据集（黄藏寺站自动气象站-2015）</w:t>
      </w:r>
    </w:p>
    <w:p>
      <w:r>
        <w:rPr>
          <w:sz w:val="22"/>
        </w:rPr>
        <w:t>英文标题：HiWATER: Dataset of hydrometeorological observation network (automatic weather station of Huangzangsi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该数据集包含了2015年1月1日至2015年4月16日黑河水文气象观测网上游黄藏寺站气象要素观测数据。站点位于青海省祁连县八宝镇黄藏寺村，下垫面是农田（小麦）。观测点的经纬度是100.1918E,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空气温度在1.1-1.6和2.7-3.12之间由于传感器的问题，数据缺失；0cm土壤温度在1.3-1.12和1.22-4.16之间由于传感器问题，数据缺失；10cm土壤温度在4.5-4.16之间由于传感器问题，数据缺失；4月16日后该站拆除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3.文件大小：3.37MB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16:00:00+00:00</w:t>
      </w:r>
      <w:r>
        <w:rPr>
          <w:sz w:val="22"/>
        </w:rPr>
        <w:t>--</w:t>
      </w:r>
      <w:r>
        <w:rPr>
          <w:sz w:val="22"/>
        </w:rPr>
        <w:t>2016-01-12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黑河生态水文遥感试验：水文气象观测网数据集（黄藏寺站自动气象站-2015）. 国家青藏高原科学数据中心, DOI:10.3972/hiwater.312.2016.db, CSTR:18406.11.hiwater.312.2016.db,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2015). National Tibetan Plateau Data Center, DOI:10.3972/hiwater.312.2016.db, CSTR:18406.11.hiwater.312.2016.db,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