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祁连山综合观测网：黑河流域地表过程综合观测网（景阳岭站自动气象站-2020）</w:t>
      </w:r>
    </w:p>
    <w:p>
      <w:r>
        <w:rPr>
          <w:sz w:val="22"/>
        </w:rPr>
        <w:t>英文标题：Qilian Mountains integrated observatory network: Dataset of Heihe integrated observatory network (automatic weather station of Jingyangling station, 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该数据集包含了2020年1月1日至2020年12月31日黑河流域地表过程综合观测网上游景阳岭站气象要素观测数据。站点位于青海省祁连县景阳岭垭口，下垫面是高寒草甸。观测点的经纬度是101.1160E, 37.8384N，海拔3750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百分比)。</w:t>
        <w:br/>
        <w:t>观测数据的处理与质量控制：（1）确保每天144个数据（每10min），若出现数据的缺失，则由-6999标示；由于雪覆盖太阳能板引起供电不足，导致3.14-4.25间数据缺失；由于传感器问题，风速风向偶尔出现NAN无效值，四分量向上短波辐射数据出错。（2）剔除有重复记录的时刻；（3）删除了明显超出物理意义或超出仪器量程的数据；（4）数据中以红字标示的部分为有疑问的数据；（5）日期和时间的格式统一，并且日期、时间在同一列。如，时间为：2020-9-10 10:30；（6）命名规则为：AWS+站点名称。</w:t>
        <w:br/>
        <w:t>黑河综合观测网或站点信息请参考Liu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能见度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景阳岭站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3.文件大小：11.2MB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北：37.8384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西：101.116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东：101.116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南：37.8384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车涛, 徐自为, 张阳, 谭俊磊, 任志国. 祁连山综合观测网：黑河流域地表过程综合观测网（景阳岭站自动气象站-2020）. 国家青藏高原科学数据中心, DOI:10.11888/Meteoro.tpdc.271400, CSTR:18406.11.Meteoro.tpdc.271400, </w:t>
      </w:r>
      <w:r>
        <w:t>2021</w:t>
      </w:r>
      <w:r>
        <w:t>.[</w:t>
      </w:r>
      <w:r>
        <w:t xml:space="preserve">ZHANG  Yang, XU  Ziwei, REN  Zhiguo, TAN  Junlei, CHE  Tao, LIU Shaomin. Qilian Mountains integrated observatory network: Dataset of Heihe integrated observatory network (automatic weather station of Jingyangling station, 2020). National Tibetan Plateau Data Center, DOI:10.11888/Meteoro.tpdc.271400, CSTR:18406.11.Meteoro.tpdc.271400,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 doi:10.5194/hess-15-1291-2011.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tanjunlei@lzb.ac.cn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rzgehu@lzb.ac.cn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