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基于浅水波方程的自适应局地化算法评估数据</w:t>
      </w:r>
    </w:p>
    <w:p>
      <w:r>
        <w:rPr>
          <w:sz w:val="22"/>
        </w:rPr>
        <w:t>英文标题：Evaluation data of adaptive localization algorithm based on 2-D shallow water equation model</w:t>
      </w:r>
    </w:p>
    <w:p>
      <w:r>
        <w:rPr>
          <w:sz w:val="32"/>
        </w:rPr>
        <w:t>1、摘要</w:t>
      </w:r>
    </w:p>
    <w:p>
      <w:pPr>
        <w:ind w:firstLine="432"/>
      </w:pPr>
      <w:r>
        <w:rPr>
          <w:sz w:val="22"/>
        </w:rPr>
        <w:t>本数据用于基于浅水波方程进行自适应局地化方案的性能评估。该理想试验的数据来自于浅水波方程数值模式的模拟，构造了真实场，背景场，观测，集合样本，采用NLS-i4DVar方法进行同化分析得到最优分析场，进而进行模式预报。求解不同变量的预报场和真实场的均方根误差进行自适应局地化方案评估。试验一首先是在不同的局地化方案下高度场和风场的同化精度；试验二是自适应局地化方案对集合样本数的敏感性研究；试验三是自适应局地化方案对不同采样方案的敏感性研究。</w:t>
      </w:r>
    </w:p>
    <w:p>
      <w:r>
        <w:rPr>
          <w:sz w:val="32"/>
        </w:rPr>
        <w:t>2、关键词</w:t>
      </w:r>
    </w:p>
    <w:p>
      <w:pPr>
        <w:ind w:left="432"/>
      </w:pPr>
      <w:r>
        <w:rPr>
          <w:sz w:val="22"/>
        </w:rPr>
        <w:t>主题关键词：</w:t>
      </w:r>
      <w:r>
        <w:rPr>
          <w:sz w:val="22"/>
        </w:rPr>
        <w:t>风</w:t>
        <w:br/>
      </w:r>
      <w:r>
        <w:rPr>
          <w:sz w:val="22"/>
        </w:rPr>
        <w:t>学科关键词：</w:t>
      </w:r>
      <w:r>
        <w:rPr>
          <w:sz w:val="22"/>
        </w:rPr>
        <w:t>大气</w:t>
        <w:br/>
      </w:r>
      <w:r>
        <w:rPr>
          <w:sz w:val="22"/>
        </w:rPr>
        <w:t>地点关键词：</w:t>
      </w:r>
      <w:r>
        <w:rPr>
          <w:sz w:val="22"/>
        </w:rPr>
        <w:t>理想实验</w:t>
        <w:br/>
      </w:r>
      <w:r>
        <w:rPr>
          <w:sz w:val="22"/>
        </w:rPr>
        <w:t>时间关键词：</w:t>
      </w:r>
      <w:r>
        <w:rPr>
          <w:sz w:val="22"/>
        </w:rPr>
        <w:t>理想试验</w:t>
      </w:r>
    </w:p>
    <w:p>
      <w:r>
        <w:rPr>
          <w:sz w:val="32"/>
        </w:rPr>
        <w:t>3、数据细节</w:t>
      </w:r>
    </w:p>
    <w:p>
      <w:pPr>
        <w:ind w:left="432"/>
      </w:pPr>
      <w:r>
        <w:rPr>
          <w:sz w:val="22"/>
        </w:rPr>
        <w:t>1.比例尺：None</w:t>
      </w:r>
    </w:p>
    <w:p>
      <w:pPr>
        <w:ind w:left="432"/>
      </w:pPr>
      <w:r>
        <w:rPr>
          <w:sz w:val="22"/>
        </w:rPr>
        <w:t>2.投影：</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北：1.0</w:t>
            </w:r>
          </w:p>
        </w:tc>
        <w:tc>
          <w:tcPr>
            <w:tcW w:type="dxa" w:w="2880"/>
          </w:tcPr>
          <w:p>
            <w:r>
              <w:t>-</w:t>
            </w:r>
          </w:p>
        </w:tc>
      </w:tr>
      <w:tr>
        <w:tc>
          <w:tcPr>
            <w:tcW w:type="dxa" w:w="2880"/>
          </w:tcPr>
          <w:p>
            <w:r>
              <w:t>西：1.0</w:t>
            </w:r>
          </w:p>
        </w:tc>
        <w:tc>
          <w:tcPr>
            <w:tcW w:type="dxa" w:w="2880"/>
          </w:tcPr>
          <w:p>
            <w:r>
              <w:t>-</w:t>
            </w:r>
          </w:p>
        </w:tc>
        <w:tc>
          <w:tcPr>
            <w:tcW w:type="dxa" w:w="2880"/>
          </w:tcPr>
          <w:p>
            <w:r>
              <w:t>东：1.0</w:t>
            </w:r>
          </w:p>
        </w:tc>
      </w:tr>
      <w:tr>
        <w:tc>
          <w:tcPr>
            <w:tcW w:type="dxa" w:w="2880"/>
          </w:tcPr>
          <w:p>
            <w:r>
              <w:t>-</w:t>
            </w:r>
          </w:p>
        </w:tc>
        <w:tc>
          <w:tcPr>
            <w:tcW w:type="dxa" w:w="2880"/>
          </w:tcPr>
          <w:p>
            <w:r>
              <w:t>南：-1.0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张洪芹, 田向军, 凤小兵. 基于浅水波方程的自适应局地化算法评估数据. 国家青藏高原科学数据中心, DOI:10.11888/Atmos.tpdc.272233, CSTR:18406.11.Atmos.tpdc.272233, </w:t>
      </w:r>
      <w:r>
        <w:t>2022</w:t>
      </w:r>
      <w:r>
        <w:t>.[</w:t>
      </w:r>
      <w:r>
        <w:t xml:space="preserve">FENG   Xiaobing, ＦＥＮＧ   Ｘｉａｏｂｉｎｇ, TIAN   Xiangjun, ＴＩＡＮ   Ｘｉａｎｇｊｕｎ, ZHANG   Hongqin, ＺＨＡＮＧ   Hｏｎｇｑｉｎ. Evaluation data of adaptive localization algorithm based on 2-D shallow water equation model. National Tibetan Plateau Data Center, DOI:10.11888/Atmos.tpdc.272233, CSTR:18406.11.Atmos.tpdc.272233,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张洪芹</w:t>
        <w:br/>
      </w:r>
      <w:r>
        <w:rPr>
          <w:sz w:val="22"/>
        </w:rPr>
        <w:t xml:space="preserve">单位: </w:t>
      </w:r>
      <w:r>
        <w:rPr>
          <w:sz w:val="22"/>
        </w:rPr>
        <w:t>中国科学院大气物理研究所</w:t>
        <w:br/>
      </w:r>
      <w:r>
        <w:rPr>
          <w:sz w:val="22"/>
        </w:rPr>
        <w:t xml:space="preserve">电子邮件: </w:t>
      </w:r>
      <w:r>
        <w:rPr>
          <w:sz w:val="22"/>
        </w:rPr>
        <w:t>hqzhang1112@mail.iap.ac.cn</w:t>
        <w:br/>
        <w:br/>
      </w:r>
      <w:r>
        <w:rPr>
          <w:sz w:val="22"/>
        </w:rPr>
        <w:t xml:space="preserve">姓名: </w:t>
      </w:r>
      <w:r>
        <w:rPr>
          <w:sz w:val="22"/>
        </w:rPr>
        <w:t>田向军</w:t>
        <w:br/>
      </w:r>
      <w:r>
        <w:rPr>
          <w:sz w:val="22"/>
        </w:rPr>
        <w:t xml:space="preserve">单位: </w:t>
      </w:r>
      <w:r>
        <w:rPr>
          <w:sz w:val="22"/>
        </w:rPr>
        <w:t>中国科学院青藏高原研究所</w:t>
        <w:br/>
      </w:r>
      <w:r>
        <w:rPr>
          <w:sz w:val="22"/>
        </w:rPr>
        <w:t xml:space="preserve">电子邮件: </w:t>
      </w:r>
      <w:r>
        <w:rPr>
          <w:sz w:val="22"/>
        </w:rPr>
        <w:t>tianxj@itpcas.ac.cn</w:t>
        <w:br/>
        <w:br/>
      </w:r>
      <w:r>
        <w:rPr>
          <w:sz w:val="22"/>
        </w:rPr>
        <w:t xml:space="preserve">姓名: </w:t>
      </w:r>
      <w:r>
        <w:rPr>
          <w:sz w:val="22"/>
        </w:rPr>
        <w:t>凤小兵</w:t>
        <w:br/>
      </w:r>
      <w:r>
        <w:rPr>
          <w:sz w:val="22"/>
        </w:rPr>
        <w:t xml:space="preserve">单位: </w:t>
      </w:r>
      <w:r>
        <w:rPr>
          <w:sz w:val="22"/>
        </w:rPr>
        <w:t>美国田纳西大学</w:t>
        <w:br/>
      </w:r>
      <w:r>
        <w:rPr>
          <w:sz w:val="22"/>
        </w:rPr>
        <w:t xml:space="preserve">电子邮件: </w:t>
      </w:r>
      <w:r>
        <w:rPr>
          <w:sz w:val="22"/>
        </w:rPr>
        <w:t>xfeng@math.utk.edu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