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甲玛铜多金属矿床 3000m科学深钻岩石地球化学分析测试数据及质量评述报告（2018-2022）</w:t>
      </w:r>
    </w:p>
    <w:p>
      <w:r>
        <w:rPr>
          <w:sz w:val="22"/>
        </w:rPr>
        <w:t>英文标题：Geochemical analysis and test data of 3000m scientific deep drilling rock of Jiama copper polymetallic deposit (2018-2022)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次数据是甲玛3000m科学深钻岩石地球化学分析数据（主量+微量）及质量评述报告，是对3000m科学深钻详细矿化信息的数据揭示。2）数据来源及加工：数据来源野外钻孔直接的样品采集，切割、破碎、粗磨，并在实验室完成最终分析。3）数据质量评述：样品采集完全符合相关技术要求，样品测试参考国家地球化学分析规范和技术要求，经过内检和外检，并最终报告通过专家评审验收。4）数据应用成果及前景：甲玛矿区地球化学分析数据是对甲玛科学深钻数据的系统总结，有助于建立了典型的地球化学勘查模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斑岩铜矿</w:t>
      </w:r>
      <w:r>
        <w:t>,</w:t>
      </w:r>
      <w:r>
        <w:rPr>
          <w:sz w:val="22"/>
        </w:rPr>
        <w:t>甲玛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铜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甲玛</w:t>
        <w:br/>
      </w:r>
      <w:r>
        <w:rPr>
          <w:sz w:val="22"/>
        </w:rPr>
        <w:t>时间关键词：</w:t>
      </w:r>
      <w:r>
        <w:rPr>
          <w:sz w:val="22"/>
        </w:rPr>
        <w:t>2018-2022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3.文件大小：8.87MB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北：26.7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西：91.75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东：91.76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2018-06-30 16:00:00+00:00</w:t>
      </w:r>
      <w:r>
        <w:rPr>
          <w:sz w:val="22"/>
        </w:rPr>
        <w:t>--</w:t>
      </w:r>
      <w:r>
        <w:rPr>
          <w:sz w:val="22"/>
        </w:rPr>
        <w:t>2022-02-06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林彬. 甲玛铜多金属矿床 3000m科学深钻岩石地球化学分析测试数据及质量评述报告（2018-2022）. 国家青藏高原科学数据中心, DOI:10.11888/SolidEar.tpdc.272094, CSTR:18406.11.SolidEar.tpdc.272094, </w:t>
      </w:r>
      <w:r>
        <w:t>2022</w:t>
      </w:r>
      <w:r>
        <w:t>.[</w:t>
      </w:r>
      <w:r>
        <w:t xml:space="preserve">LIN   Bin . Geochemical analysis and test data of 3000m scientific deep drilling rock of Jiama copper polymetallic deposit (2018-2022). National Tibetan Plateau Data Center, DOI:10.11888/SolidEar.tpdc.272094, CSTR:18406.11.SolidEar.tpdc.272094,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林彬, 唐菊兴, 唐攀, 周敖日格勒, 孙渺, 祁婧, 陈国良, 张忠坤, 张泽斌, 吴纯能, 田志超, 代晶晶, 杨征坤, 姚晓峰. 2021. 青藏高原甲玛斑岩成矿系统首例3000 m科学深钻的初步认识[J]. 矿床地质, 40(6): 1119~1134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国家重点研发计划-深地专项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林彬</w:t>
        <w:br/>
      </w:r>
      <w:r>
        <w:rPr>
          <w:sz w:val="22"/>
        </w:rPr>
        <w:t xml:space="preserve">单位: </w:t>
      </w:r>
      <w:r>
        <w:rPr>
          <w:sz w:val="22"/>
        </w:rPr>
        <w:t>中国地质科学院矿产资源研究所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linbincags@126.com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